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69AE5" w14:textId="77777777" w:rsidR="00811958" w:rsidRDefault="00406A14">
      <w:pPr>
        <w:spacing w:after="160"/>
        <w:jc w:val="center"/>
      </w:pPr>
      <w:r>
        <w:rPr>
          <w:noProof/>
        </w:rPr>
        <w:drawing>
          <wp:inline distT="0" distB="0" distL="0" distR="0" wp14:anchorId="4723B834" wp14:editId="405E75FD">
            <wp:extent cx="4526280" cy="394823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FS_Logo_Cropped.jpg"/>
                    <pic:cNvPicPr/>
                  </pic:nvPicPr>
                  <pic:blipFill>
                    <a:blip r:embed="rId8"/>
                    <a:stretch>
                      <a:fillRect/>
                    </a:stretch>
                  </pic:blipFill>
                  <pic:spPr>
                    <a:xfrm>
                      <a:off x="0" y="0"/>
                      <a:ext cx="4526280" cy="3948237"/>
                    </a:xfrm>
                    <a:prstGeom prst="rect">
                      <a:avLst/>
                    </a:prstGeom>
                  </pic:spPr>
                </pic:pic>
              </a:graphicData>
            </a:graphic>
          </wp:inline>
        </w:drawing>
      </w:r>
    </w:p>
    <w:p w14:paraId="04A13024" w14:textId="77777777" w:rsidR="00811958" w:rsidRDefault="00406A14">
      <w:pPr>
        <w:spacing w:before="80" w:after="40"/>
        <w:jc w:val="center"/>
      </w:pPr>
      <w:r>
        <w:rPr>
          <w:b/>
          <w:color w:val="0B1A2D"/>
          <w:sz w:val="48"/>
        </w:rPr>
        <w:t>Entry Form</w:t>
      </w:r>
    </w:p>
    <w:p w14:paraId="36C08CC0" w14:textId="77777777" w:rsidR="00811958" w:rsidRDefault="00406A14">
      <w:pPr>
        <w:spacing w:after="240"/>
        <w:jc w:val="center"/>
      </w:pPr>
      <w:r>
        <w:rPr>
          <w:i/>
          <w:color w:val="2C2F38"/>
          <w:sz w:val="23"/>
        </w:rPr>
        <w:t>Recognising how Scotland's buildings are managed, maintained and operated once they're occupied.</w:t>
      </w:r>
    </w:p>
    <w:tbl>
      <w:tblPr>
        <w:tblW w:w="0" w:type="auto"/>
        <w:jc w:val="center"/>
        <w:tblLayout w:type="fixed"/>
        <w:tblLook w:val="04A0" w:firstRow="1" w:lastRow="0" w:firstColumn="1" w:lastColumn="0" w:noHBand="0" w:noVBand="1"/>
      </w:tblPr>
      <w:tblGrid>
        <w:gridCol w:w="3024"/>
        <w:gridCol w:w="6912"/>
      </w:tblGrid>
      <w:tr w:rsidR="00811958" w14:paraId="405A61BB" w14:textId="77777777">
        <w:trPr>
          <w:trHeight w:hRule="exact" w:val="259"/>
          <w:jc w:val="center"/>
        </w:trPr>
        <w:tc>
          <w:tcPr>
            <w:tcW w:w="3024" w:type="dxa"/>
            <w:tcBorders>
              <w:top w:val="single" w:sz="1" w:space="0" w:color="8B339B"/>
              <w:left w:val="single" w:sz="1" w:space="0" w:color="8B339B"/>
              <w:bottom w:val="single" w:sz="1" w:space="0" w:color="8B339B"/>
              <w:right w:val="single" w:sz="1" w:space="0" w:color="8B339B"/>
            </w:tcBorders>
            <w:shd w:val="clear" w:color="auto" w:fill="8B339B"/>
          </w:tcPr>
          <w:p w14:paraId="13E47A05" w14:textId="77777777" w:rsidR="00811958" w:rsidRDefault="00811958">
            <w:pPr>
              <w:spacing w:after="0"/>
            </w:pPr>
          </w:p>
        </w:tc>
        <w:tc>
          <w:tcPr>
            <w:tcW w:w="6912" w:type="dxa"/>
            <w:tcBorders>
              <w:top w:val="single" w:sz="1" w:space="0" w:color="0B1A2D"/>
              <w:left w:val="single" w:sz="1" w:space="0" w:color="0B1A2D"/>
              <w:bottom w:val="single" w:sz="1" w:space="0" w:color="0B1A2D"/>
              <w:right w:val="single" w:sz="1" w:space="0" w:color="0B1A2D"/>
            </w:tcBorders>
            <w:shd w:val="clear" w:color="auto" w:fill="0B1A2D"/>
          </w:tcPr>
          <w:p w14:paraId="3F29C43E" w14:textId="77777777" w:rsidR="00811958" w:rsidRDefault="00811958">
            <w:pPr>
              <w:spacing w:after="0"/>
            </w:pPr>
          </w:p>
        </w:tc>
      </w:tr>
    </w:tbl>
    <w:p w14:paraId="6664094A" w14:textId="06CFB98F" w:rsidR="00811958" w:rsidRDefault="00406A14">
      <w:pPr>
        <w:spacing w:before="160" w:after="280"/>
        <w:jc w:val="center"/>
      </w:pPr>
      <w:r>
        <w:rPr>
          <w:b/>
          <w:color w:val="0B1A2D"/>
          <w:sz w:val="22"/>
        </w:rPr>
        <w:t>Backed by</w:t>
      </w:r>
      <w:r w:rsidR="00F7584E">
        <w:rPr>
          <w:b/>
          <w:color w:val="0B1A2D"/>
          <w:sz w:val="22"/>
        </w:rPr>
        <w:t xml:space="preserve"> </w:t>
      </w:r>
      <w:r>
        <w:rPr>
          <w:b/>
          <w:color w:val="0B1A2D"/>
          <w:sz w:val="22"/>
        </w:rPr>
        <w:t>The Herald</w:t>
      </w:r>
    </w:p>
    <w:p w14:paraId="26C54B3A" w14:textId="77777777" w:rsidR="00811958" w:rsidRDefault="00406A14">
      <w:pPr>
        <w:shd w:val="clear" w:color="auto" w:fill="0B1A2D"/>
        <w:spacing w:before="280" w:after="160"/>
      </w:pPr>
      <w:r>
        <w:rPr>
          <w:b/>
          <w:color w:val="FFFFFF"/>
          <w:sz w:val="25"/>
        </w:rPr>
        <w:t xml:space="preserve">  Key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0"/>
        <w:gridCol w:w="6552"/>
      </w:tblGrid>
      <w:tr w:rsidR="00811958" w14:paraId="5008BA68" w14:textId="77777777" w:rsidTr="00F7584E">
        <w:trPr>
          <w:jc w:val="center"/>
        </w:trPr>
        <w:tc>
          <w:tcPr>
            <w:tcW w:w="3240" w:type="dxa"/>
            <w:shd w:val="clear" w:color="auto" w:fill="EEF3F8"/>
            <w:vAlign w:val="center"/>
          </w:tcPr>
          <w:p w14:paraId="79E3C6C2" w14:textId="77777777" w:rsidR="00811958" w:rsidRDefault="00406A14">
            <w:pPr>
              <w:spacing w:after="0"/>
            </w:pPr>
            <w:r>
              <w:rPr>
                <w:b/>
                <w:color w:val="0B1A2D"/>
                <w:sz w:val="18"/>
              </w:rPr>
              <w:t>Entry fee</w:t>
            </w:r>
          </w:p>
        </w:tc>
        <w:tc>
          <w:tcPr>
            <w:tcW w:w="6552" w:type="dxa"/>
            <w:shd w:val="clear" w:color="auto" w:fill="FAFBFC"/>
            <w:vAlign w:val="center"/>
          </w:tcPr>
          <w:p w14:paraId="324D06C0" w14:textId="77777777" w:rsidR="00811958" w:rsidRDefault="00406A14">
            <w:pPr>
              <w:spacing w:after="0"/>
            </w:pPr>
            <w:r>
              <w:rPr>
                <w:color w:val="000000"/>
                <w:sz w:val="18"/>
              </w:rPr>
              <w:t>Free</w:t>
            </w:r>
          </w:p>
        </w:tc>
      </w:tr>
      <w:tr w:rsidR="00811958" w14:paraId="021C03B8" w14:textId="77777777" w:rsidTr="00F7584E">
        <w:trPr>
          <w:jc w:val="center"/>
        </w:trPr>
        <w:tc>
          <w:tcPr>
            <w:tcW w:w="3240" w:type="dxa"/>
            <w:shd w:val="clear" w:color="auto" w:fill="EEF3F8"/>
            <w:vAlign w:val="center"/>
          </w:tcPr>
          <w:p w14:paraId="79E40CA2" w14:textId="77777777" w:rsidR="00811958" w:rsidRDefault="00406A14">
            <w:pPr>
              <w:spacing w:after="0"/>
            </w:pPr>
            <w:r>
              <w:rPr>
                <w:b/>
                <w:color w:val="0B1A2D"/>
                <w:sz w:val="18"/>
              </w:rPr>
              <w:t>Entries open</w:t>
            </w:r>
          </w:p>
        </w:tc>
        <w:tc>
          <w:tcPr>
            <w:tcW w:w="6552" w:type="dxa"/>
            <w:shd w:val="clear" w:color="auto" w:fill="FAFBFC"/>
            <w:vAlign w:val="center"/>
          </w:tcPr>
          <w:p w14:paraId="3CC58F6C" w14:textId="6A0E573F" w:rsidR="00811958" w:rsidRDefault="00406A14">
            <w:pPr>
              <w:spacing w:after="0"/>
            </w:pPr>
            <w:r>
              <w:rPr>
                <w:color w:val="000000"/>
                <w:sz w:val="18"/>
              </w:rPr>
              <w:t>June 2026</w:t>
            </w:r>
          </w:p>
        </w:tc>
      </w:tr>
      <w:tr w:rsidR="00811958" w14:paraId="35B90BA6" w14:textId="77777777" w:rsidTr="00F7584E">
        <w:trPr>
          <w:jc w:val="center"/>
        </w:trPr>
        <w:tc>
          <w:tcPr>
            <w:tcW w:w="3240" w:type="dxa"/>
            <w:shd w:val="clear" w:color="auto" w:fill="EEF3F8"/>
            <w:vAlign w:val="center"/>
          </w:tcPr>
          <w:p w14:paraId="07C76963" w14:textId="77777777" w:rsidR="00811958" w:rsidRDefault="00406A14">
            <w:pPr>
              <w:spacing w:after="0"/>
            </w:pPr>
            <w:r>
              <w:rPr>
                <w:b/>
                <w:color w:val="0B1A2D"/>
                <w:sz w:val="18"/>
              </w:rPr>
              <w:t>Entry deadline</w:t>
            </w:r>
          </w:p>
        </w:tc>
        <w:tc>
          <w:tcPr>
            <w:tcW w:w="6552" w:type="dxa"/>
            <w:shd w:val="clear" w:color="auto" w:fill="FAFBFC"/>
            <w:vAlign w:val="center"/>
          </w:tcPr>
          <w:p w14:paraId="0822AFA5" w14:textId="732460A4" w:rsidR="00811958" w:rsidRDefault="00F7584E">
            <w:pPr>
              <w:spacing w:after="0"/>
            </w:pPr>
            <w:r>
              <w:rPr>
                <w:color w:val="000000"/>
                <w:sz w:val="18"/>
              </w:rPr>
              <w:t xml:space="preserve">21 </w:t>
            </w:r>
            <w:r w:rsidR="00406A14">
              <w:rPr>
                <w:color w:val="000000"/>
                <w:sz w:val="18"/>
              </w:rPr>
              <w:t>August 2026</w:t>
            </w:r>
          </w:p>
        </w:tc>
      </w:tr>
      <w:tr w:rsidR="00811958" w14:paraId="659CA610" w14:textId="77777777" w:rsidTr="00F7584E">
        <w:trPr>
          <w:jc w:val="center"/>
        </w:trPr>
        <w:tc>
          <w:tcPr>
            <w:tcW w:w="3240" w:type="dxa"/>
            <w:shd w:val="clear" w:color="auto" w:fill="EEF3F8"/>
            <w:vAlign w:val="center"/>
          </w:tcPr>
          <w:p w14:paraId="1700AB2A" w14:textId="77777777" w:rsidR="00811958" w:rsidRDefault="00406A14">
            <w:pPr>
              <w:spacing w:after="0"/>
            </w:pPr>
            <w:r>
              <w:rPr>
                <w:b/>
                <w:color w:val="0B1A2D"/>
                <w:sz w:val="18"/>
              </w:rPr>
              <w:t>Shortlist announced</w:t>
            </w:r>
          </w:p>
        </w:tc>
        <w:tc>
          <w:tcPr>
            <w:tcW w:w="6552" w:type="dxa"/>
            <w:shd w:val="clear" w:color="auto" w:fill="FAFBFC"/>
            <w:vAlign w:val="center"/>
          </w:tcPr>
          <w:p w14:paraId="0FB31E43" w14:textId="77777777" w:rsidR="00811958" w:rsidRDefault="00406A14">
            <w:pPr>
              <w:spacing w:after="0"/>
            </w:pPr>
            <w:r>
              <w:rPr>
                <w:color w:val="000000"/>
                <w:sz w:val="18"/>
              </w:rPr>
              <w:t>September 2026</w:t>
            </w:r>
          </w:p>
        </w:tc>
      </w:tr>
      <w:tr w:rsidR="00811958" w14:paraId="666C1CC3" w14:textId="77777777" w:rsidTr="00F7584E">
        <w:trPr>
          <w:jc w:val="center"/>
        </w:trPr>
        <w:tc>
          <w:tcPr>
            <w:tcW w:w="3240" w:type="dxa"/>
            <w:shd w:val="clear" w:color="auto" w:fill="EEF3F8"/>
            <w:vAlign w:val="center"/>
          </w:tcPr>
          <w:p w14:paraId="459B96B8" w14:textId="77777777" w:rsidR="00811958" w:rsidRDefault="00406A14">
            <w:pPr>
              <w:spacing w:after="0"/>
            </w:pPr>
            <w:r>
              <w:rPr>
                <w:b/>
                <w:color w:val="0B1A2D"/>
                <w:sz w:val="18"/>
              </w:rPr>
              <w:t>Finalist interviews</w:t>
            </w:r>
          </w:p>
        </w:tc>
        <w:tc>
          <w:tcPr>
            <w:tcW w:w="6552" w:type="dxa"/>
            <w:shd w:val="clear" w:color="auto" w:fill="FAFBFC"/>
            <w:vAlign w:val="center"/>
          </w:tcPr>
          <w:p w14:paraId="7CF1E1B0" w14:textId="090F5324" w:rsidR="00811958" w:rsidRDefault="00406A14">
            <w:pPr>
              <w:spacing w:after="0"/>
            </w:pPr>
            <w:r>
              <w:rPr>
                <w:color w:val="000000"/>
                <w:sz w:val="18"/>
              </w:rPr>
              <w:t>September</w:t>
            </w:r>
            <w:r w:rsidR="00F7584E">
              <w:rPr>
                <w:color w:val="000000"/>
                <w:sz w:val="18"/>
              </w:rPr>
              <w:t>-October</w:t>
            </w:r>
            <w:r>
              <w:rPr>
                <w:color w:val="000000"/>
                <w:sz w:val="18"/>
              </w:rPr>
              <w:t xml:space="preserve"> 2026, via remote video interview</w:t>
            </w:r>
          </w:p>
        </w:tc>
      </w:tr>
      <w:tr w:rsidR="00811958" w14:paraId="4DC93012" w14:textId="77777777" w:rsidTr="00F7584E">
        <w:trPr>
          <w:jc w:val="center"/>
        </w:trPr>
        <w:tc>
          <w:tcPr>
            <w:tcW w:w="3240" w:type="dxa"/>
            <w:shd w:val="clear" w:color="auto" w:fill="EEF3F8"/>
            <w:vAlign w:val="center"/>
          </w:tcPr>
          <w:p w14:paraId="5C98608C" w14:textId="77777777" w:rsidR="00811958" w:rsidRDefault="00406A14">
            <w:pPr>
              <w:spacing w:after="0"/>
            </w:pPr>
            <w:r>
              <w:rPr>
                <w:b/>
                <w:color w:val="0B1A2D"/>
                <w:sz w:val="18"/>
              </w:rPr>
              <w:t>Awards ceremony target</w:t>
            </w:r>
          </w:p>
        </w:tc>
        <w:tc>
          <w:tcPr>
            <w:tcW w:w="6552" w:type="dxa"/>
            <w:shd w:val="clear" w:color="auto" w:fill="FAFBFC"/>
            <w:vAlign w:val="center"/>
          </w:tcPr>
          <w:p w14:paraId="5CBCB06D" w14:textId="77777777" w:rsidR="00811958" w:rsidRDefault="00406A14">
            <w:pPr>
              <w:spacing w:after="0"/>
            </w:pPr>
            <w:r>
              <w:rPr>
                <w:color w:val="000000"/>
                <w:sz w:val="18"/>
              </w:rPr>
              <w:t>5 November 2026</w:t>
            </w:r>
          </w:p>
        </w:tc>
      </w:tr>
    </w:tbl>
    <w:p w14:paraId="3A4600A6" w14:textId="77777777" w:rsidR="00811958" w:rsidRDefault="00811958">
      <w:pPr>
        <w:spacing w:after="40"/>
      </w:pPr>
    </w:p>
    <w:tbl>
      <w:tblPr>
        <w:tblW w:w="0" w:type="auto"/>
        <w:jc w:val="center"/>
        <w:tblLook w:val="04A0" w:firstRow="1" w:lastRow="0" w:firstColumn="1" w:lastColumn="0" w:noHBand="0" w:noVBand="1"/>
      </w:tblPr>
      <w:tblGrid>
        <w:gridCol w:w="9960"/>
      </w:tblGrid>
      <w:tr w:rsidR="00811958" w14:paraId="72A7CD0D" w14:textId="77777777">
        <w:trPr>
          <w:jc w:val="center"/>
        </w:trPr>
        <w:tc>
          <w:tcPr>
            <w:tcW w:w="9976" w:type="dxa"/>
            <w:tcBorders>
              <w:top w:val="single" w:sz="6" w:space="0" w:color="8B339B"/>
              <w:left w:val="single" w:sz="6" w:space="0" w:color="8B339B"/>
              <w:bottom w:val="single" w:sz="6" w:space="0" w:color="8B339B"/>
              <w:right w:val="single" w:sz="6" w:space="0" w:color="8B339B"/>
            </w:tcBorders>
            <w:shd w:val="clear" w:color="auto" w:fill="F4EEF7"/>
          </w:tcPr>
          <w:p w14:paraId="2A93BF8A" w14:textId="77777777" w:rsidR="00811958" w:rsidRDefault="00406A14">
            <w:pPr>
              <w:spacing w:after="80"/>
            </w:pPr>
            <w:r>
              <w:rPr>
                <w:b/>
                <w:color w:val="0B1A2D"/>
                <w:sz w:val="20"/>
              </w:rPr>
              <w:t>Important scope note</w:t>
            </w:r>
          </w:p>
          <w:p w14:paraId="0127E5CE" w14:textId="77777777" w:rsidR="00811958" w:rsidRDefault="00406A14">
            <w:pPr>
              <w:spacing w:after="0"/>
            </w:pPr>
            <w:r>
              <w:rPr>
                <w:color w:val="000000"/>
                <w:sz w:val="18"/>
              </w:rPr>
              <w:t>These awards are for property management, facilities management, occupier experience, operational suppliers, PropTech and building operations. They are not for estate agency, lettings, development, design or construction-led entries.</w:t>
            </w:r>
          </w:p>
        </w:tc>
      </w:tr>
    </w:tbl>
    <w:p w14:paraId="2A7254ED" w14:textId="77777777" w:rsidR="00811958" w:rsidRDefault="00811958">
      <w:pPr>
        <w:spacing w:after="80"/>
      </w:pPr>
    </w:p>
    <w:p w14:paraId="3DF5E7FB" w14:textId="77777777" w:rsidR="00F7584E" w:rsidRDefault="00406A14">
      <w:pPr>
        <w:spacing w:after="100" w:line="252" w:lineRule="auto"/>
        <w:rPr>
          <w:color w:val="2C2F38"/>
          <w:sz w:val="18"/>
        </w:rPr>
      </w:pPr>
      <w:r>
        <w:rPr>
          <w:color w:val="2C2F38"/>
          <w:sz w:val="18"/>
        </w:rPr>
        <w:t xml:space="preserve">Please complete this form and submit it </w:t>
      </w:r>
      <w:r w:rsidR="00F7584E">
        <w:rPr>
          <w:color w:val="2C2F38"/>
          <w:sz w:val="18"/>
        </w:rPr>
        <w:t xml:space="preserve">via email to </w:t>
      </w:r>
      <w:hyperlink r:id="rId9" w:history="1">
        <w:r w:rsidR="00F7584E" w:rsidRPr="00481060">
          <w:rPr>
            <w:rStyle w:val="Hyperlink"/>
            <w:sz w:val="18"/>
          </w:rPr>
          <w:t>nina.holmes@newsquest.co.uk</w:t>
        </w:r>
      </w:hyperlink>
      <w:r>
        <w:rPr>
          <w:color w:val="2C2F38"/>
          <w:sz w:val="18"/>
        </w:rPr>
        <w:t xml:space="preserve">. </w:t>
      </w:r>
    </w:p>
    <w:p w14:paraId="02574CA0" w14:textId="77777777" w:rsidR="00F7584E" w:rsidRDefault="00406A14">
      <w:pPr>
        <w:spacing w:after="100" w:line="252" w:lineRule="auto"/>
        <w:rPr>
          <w:color w:val="2C2F38"/>
          <w:sz w:val="18"/>
        </w:rPr>
      </w:pPr>
      <w:r>
        <w:rPr>
          <w:color w:val="2C2F38"/>
          <w:sz w:val="18"/>
        </w:rPr>
        <w:t xml:space="preserve">Shaded boxes are designed for entrant responses. </w:t>
      </w:r>
    </w:p>
    <w:p w14:paraId="7F30C802" w14:textId="1DD15284" w:rsidR="00811958" w:rsidRDefault="00406A14">
      <w:pPr>
        <w:spacing w:after="100" w:line="252" w:lineRule="auto"/>
      </w:pPr>
      <w:r>
        <w:rPr>
          <w:color w:val="2C2F38"/>
          <w:sz w:val="18"/>
        </w:rPr>
        <w:t>Supporting evidence should be submitted alongside the completed form.</w:t>
      </w:r>
    </w:p>
    <w:p w14:paraId="0D75F29C" w14:textId="77777777" w:rsidR="00811958" w:rsidRDefault="00406A14">
      <w:r>
        <w:br w:type="page"/>
      </w:r>
    </w:p>
    <w:p w14:paraId="00E90425" w14:textId="77777777" w:rsidR="00811958" w:rsidRDefault="00406A14">
      <w:pPr>
        <w:shd w:val="clear" w:color="auto" w:fill="0B1A2D"/>
        <w:spacing w:before="280" w:after="160"/>
      </w:pPr>
      <w:r>
        <w:rPr>
          <w:b/>
          <w:color w:val="FFFFFF"/>
          <w:sz w:val="25"/>
        </w:rPr>
        <w:lastRenderedPageBreak/>
        <w:t xml:space="preserve">  1. Eligibility confirmation</w:t>
      </w:r>
    </w:p>
    <w:p w14:paraId="0650BF22" w14:textId="77777777" w:rsidR="00811958" w:rsidRDefault="00406A14">
      <w:pPr>
        <w:spacing w:after="100" w:line="252" w:lineRule="auto"/>
      </w:pPr>
      <w:r>
        <w:rPr>
          <w:b/>
          <w:color w:val="0B1A2D"/>
        </w:rPr>
        <w:t>Please tick each statement before completing your entry.</w:t>
      </w:r>
    </w:p>
    <w:p w14:paraId="62C13DF6"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This entry relates to property management, facilities management, building operations, occupier experience, operational supply, PropTech or post-occupation performance.</w:t>
      </w:r>
    </w:p>
    <w:p w14:paraId="2A72FE10"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This entry relates to buildings, estates, workplaces, homes or operational activity in Scotland.</w:t>
      </w:r>
    </w:p>
    <w:p w14:paraId="6BD10C41"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 xml:space="preserve">The evidence submitted relates mainly to activity from the past 12-18 months, unless entering the </w:t>
      </w:r>
      <w:proofErr w:type="gramStart"/>
      <w:r>
        <w:rPr>
          <w:color w:val="000000"/>
          <w:sz w:val="18"/>
        </w:rPr>
        <w:t>Post-Retrofit</w:t>
      </w:r>
      <w:proofErr w:type="gramEnd"/>
      <w:r>
        <w:rPr>
          <w:color w:val="000000"/>
          <w:sz w:val="18"/>
        </w:rPr>
        <w:t xml:space="preserve"> category, where evidence relates to the period after handover / occupation.</w:t>
      </w:r>
    </w:p>
    <w:p w14:paraId="4DD01984"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The entrant is willing to provide performance evidence, at least one independent testimonial, and participate in a finalist interview if shortlisted.</w:t>
      </w:r>
    </w:p>
    <w:p w14:paraId="436FB931" w14:textId="77777777" w:rsidR="00811958" w:rsidRDefault="00406A14">
      <w:pPr>
        <w:shd w:val="clear" w:color="auto" w:fill="0B1A2D"/>
        <w:spacing w:before="280" w:after="160"/>
      </w:pPr>
      <w:r>
        <w:rPr>
          <w:b/>
          <w:color w:val="FFFFFF"/>
          <w:sz w:val="25"/>
        </w:rPr>
        <w:t xml:space="preserve">  2. Entrant details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84"/>
        <w:gridCol w:w="6408"/>
      </w:tblGrid>
      <w:tr w:rsidR="00811958" w14:paraId="05056C0F" w14:textId="77777777" w:rsidTr="00F7584E">
        <w:trPr>
          <w:jc w:val="center"/>
        </w:trPr>
        <w:tc>
          <w:tcPr>
            <w:tcW w:w="3384" w:type="dxa"/>
            <w:shd w:val="clear" w:color="auto" w:fill="EEF3F8"/>
            <w:vAlign w:val="center"/>
          </w:tcPr>
          <w:p w14:paraId="30205748" w14:textId="77777777" w:rsidR="00811958" w:rsidRDefault="00406A14">
            <w:pPr>
              <w:spacing w:after="0"/>
            </w:pPr>
            <w:r>
              <w:rPr>
                <w:b/>
                <w:color w:val="0B1A2D"/>
                <w:sz w:val="18"/>
              </w:rPr>
              <w:t>Name of organisation entering</w:t>
            </w:r>
          </w:p>
        </w:tc>
        <w:tc>
          <w:tcPr>
            <w:tcW w:w="6408" w:type="dxa"/>
            <w:shd w:val="clear" w:color="auto" w:fill="FAFBFC"/>
            <w:vAlign w:val="center"/>
          </w:tcPr>
          <w:p w14:paraId="63C12DC3" w14:textId="77777777" w:rsidR="00811958" w:rsidRDefault="00406A14">
            <w:pPr>
              <w:spacing w:after="0"/>
            </w:pPr>
            <w:r>
              <w:rPr>
                <w:i/>
                <w:color w:val="808080"/>
                <w:sz w:val="17"/>
              </w:rPr>
              <w:t>Type here</w:t>
            </w:r>
          </w:p>
        </w:tc>
      </w:tr>
      <w:tr w:rsidR="00811958" w14:paraId="244FD704" w14:textId="77777777" w:rsidTr="00F7584E">
        <w:trPr>
          <w:jc w:val="center"/>
        </w:trPr>
        <w:tc>
          <w:tcPr>
            <w:tcW w:w="3384" w:type="dxa"/>
            <w:shd w:val="clear" w:color="auto" w:fill="EEF3F8"/>
            <w:vAlign w:val="center"/>
          </w:tcPr>
          <w:p w14:paraId="3C0F233D" w14:textId="77777777" w:rsidR="00811958" w:rsidRDefault="00406A14">
            <w:pPr>
              <w:spacing w:after="0"/>
            </w:pPr>
            <w:r>
              <w:rPr>
                <w:b/>
                <w:color w:val="0B1A2D"/>
                <w:sz w:val="18"/>
              </w:rPr>
              <w:t>Trading name, if different</w:t>
            </w:r>
          </w:p>
        </w:tc>
        <w:tc>
          <w:tcPr>
            <w:tcW w:w="6408" w:type="dxa"/>
            <w:shd w:val="clear" w:color="auto" w:fill="FAFBFC"/>
            <w:vAlign w:val="center"/>
          </w:tcPr>
          <w:p w14:paraId="2BC79FF2" w14:textId="77777777" w:rsidR="00811958" w:rsidRDefault="00406A14">
            <w:pPr>
              <w:spacing w:after="0"/>
            </w:pPr>
            <w:r>
              <w:rPr>
                <w:i/>
                <w:color w:val="808080"/>
                <w:sz w:val="17"/>
              </w:rPr>
              <w:t>Type here</w:t>
            </w:r>
          </w:p>
        </w:tc>
      </w:tr>
      <w:tr w:rsidR="00811958" w14:paraId="11A5AD03" w14:textId="77777777" w:rsidTr="00F7584E">
        <w:trPr>
          <w:jc w:val="center"/>
        </w:trPr>
        <w:tc>
          <w:tcPr>
            <w:tcW w:w="3384" w:type="dxa"/>
            <w:shd w:val="clear" w:color="auto" w:fill="EEF3F8"/>
            <w:vAlign w:val="center"/>
          </w:tcPr>
          <w:p w14:paraId="25F86E99" w14:textId="77777777" w:rsidR="00811958" w:rsidRDefault="00406A14">
            <w:pPr>
              <w:spacing w:after="0"/>
            </w:pPr>
            <w:r>
              <w:rPr>
                <w:b/>
                <w:color w:val="0B1A2D"/>
                <w:sz w:val="18"/>
              </w:rPr>
              <w:t>Main contact name</w:t>
            </w:r>
          </w:p>
        </w:tc>
        <w:tc>
          <w:tcPr>
            <w:tcW w:w="6408" w:type="dxa"/>
            <w:shd w:val="clear" w:color="auto" w:fill="FAFBFC"/>
            <w:vAlign w:val="center"/>
          </w:tcPr>
          <w:p w14:paraId="46B7BB9F" w14:textId="77777777" w:rsidR="00811958" w:rsidRDefault="00406A14">
            <w:pPr>
              <w:spacing w:after="0"/>
            </w:pPr>
            <w:r>
              <w:rPr>
                <w:i/>
                <w:color w:val="808080"/>
                <w:sz w:val="17"/>
              </w:rPr>
              <w:t>Type here</w:t>
            </w:r>
          </w:p>
        </w:tc>
      </w:tr>
      <w:tr w:rsidR="00811958" w14:paraId="2DF83704" w14:textId="77777777" w:rsidTr="00F7584E">
        <w:trPr>
          <w:jc w:val="center"/>
        </w:trPr>
        <w:tc>
          <w:tcPr>
            <w:tcW w:w="3384" w:type="dxa"/>
            <w:shd w:val="clear" w:color="auto" w:fill="EEF3F8"/>
            <w:vAlign w:val="center"/>
          </w:tcPr>
          <w:p w14:paraId="1BEB154C" w14:textId="77777777" w:rsidR="00811958" w:rsidRDefault="00406A14">
            <w:pPr>
              <w:spacing w:after="0"/>
            </w:pPr>
            <w:r>
              <w:rPr>
                <w:b/>
                <w:color w:val="0B1A2D"/>
                <w:sz w:val="18"/>
              </w:rPr>
              <w:t>Job title</w:t>
            </w:r>
          </w:p>
        </w:tc>
        <w:tc>
          <w:tcPr>
            <w:tcW w:w="6408" w:type="dxa"/>
            <w:shd w:val="clear" w:color="auto" w:fill="FAFBFC"/>
            <w:vAlign w:val="center"/>
          </w:tcPr>
          <w:p w14:paraId="249CC9D8" w14:textId="77777777" w:rsidR="00811958" w:rsidRDefault="00406A14">
            <w:pPr>
              <w:spacing w:after="0"/>
            </w:pPr>
            <w:r>
              <w:rPr>
                <w:i/>
                <w:color w:val="808080"/>
                <w:sz w:val="17"/>
              </w:rPr>
              <w:t>Type here</w:t>
            </w:r>
          </w:p>
        </w:tc>
      </w:tr>
      <w:tr w:rsidR="00811958" w14:paraId="52FED51C" w14:textId="77777777" w:rsidTr="00F7584E">
        <w:trPr>
          <w:jc w:val="center"/>
        </w:trPr>
        <w:tc>
          <w:tcPr>
            <w:tcW w:w="3384" w:type="dxa"/>
            <w:shd w:val="clear" w:color="auto" w:fill="EEF3F8"/>
            <w:vAlign w:val="center"/>
          </w:tcPr>
          <w:p w14:paraId="26635C3C" w14:textId="77777777" w:rsidR="00811958" w:rsidRDefault="00406A14">
            <w:pPr>
              <w:spacing w:after="0"/>
            </w:pPr>
            <w:r>
              <w:rPr>
                <w:b/>
                <w:color w:val="0B1A2D"/>
                <w:sz w:val="18"/>
              </w:rPr>
              <w:t>Email address</w:t>
            </w:r>
          </w:p>
        </w:tc>
        <w:tc>
          <w:tcPr>
            <w:tcW w:w="6408" w:type="dxa"/>
            <w:shd w:val="clear" w:color="auto" w:fill="FAFBFC"/>
            <w:vAlign w:val="center"/>
          </w:tcPr>
          <w:p w14:paraId="4CD64416" w14:textId="77777777" w:rsidR="00811958" w:rsidRDefault="00406A14">
            <w:pPr>
              <w:spacing w:after="0"/>
            </w:pPr>
            <w:r>
              <w:rPr>
                <w:i/>
                <w:color w:val="808080"/>
                <w:sz w:val="17"/>
              </w:rPr>
              <w:t>Type here</w:t>
            </w:r>
          </w:p>
        </w:tc>
      </w:tr>
      <w:tr w:rsidR="00811958" w14:paraId="461D27FC" w14:textId="77777777" w:rsidTr="00F7584E">
        <w:trPr>
          <w:jc w:val="center"/>
        </w:trPr>
        <w:tc>
          <w:tcPr>
            <w:tcW w:w="3384" w:type="dxa"/>
            <w:shd w:val="clear" w:color="auto" w:fill="EEF3F8"/>
            <w:vAlign w:val="center"/>
          </w:tcPr>
          <w:p w14:paraId="15427A34" w14:textId="77777777" w:rsidR="00811958" w:rsidRDefault="00406A14">
            <w:pPr>
              <w:spacing w:after="0"/>
            </w:pPr>
            <w:r>
              <w:rPr>
                <w:b/>
                <w:color w:val="0B1A2D"/>
                <w:sz w:val="18"/>
              </w:rPr>
              <w:t>Phone number</w:t>
            </w:r>
          </w:p>
        </w:tc>
        <w:tc>
          <w:tcPr>
            <w:tcW w:w="6408" w:type="dxa"/>
            <w:shd w:val="clear" w:color="auto" w:fill="FAFBFC"/>
            <w:vAlign w:val="center"/>
          </w:tcPr>
          <w:p w14:paraId="3256C700" w14:textId="77777777" w:rsidR="00811958" w:rsidRDefault="00406A14">
            <w:pPr>
              <w:spacing w:after="0"/>
            </w:pPr>
            <w:r>
              <w:rPr>
                <w:i/>
                <w:color w:val="808080"/>
                <w:sz w:val="17"/>
              </w:rPr>
              <w:t>Type here</w:t>
            </w:r>
          </w:p>
        </w:tc>
      </w:tr>
      <w:tr w:rsidR="00811958" w14:paraId="75411450" w14:textId="77777777" w:rsidTr="00F7584E">
        <w:trPr>
          <w:jc w:val="center"/>
        </w:trPr>
        <w:tc>
          <w:tcPr>
            <w:tcW w:w="3384" w:type="dxa"/>
            <w:shd w:val="clear" w:color="auto" w:fill="EEF3F8"/>
            <w:vAlign w:val="center"/>
          </w:tcPr>
          <w:p w14:paraId="6793D858" w14:textId="77777777" w:rsidR="00811958" w:rsidRDefault="00406A14">
            <w:pPr>
              <w:spacing w:after="0"/>
            </w:pPr>
            <w:r>
              <w:rPr>
                <w:b/>
                <w:color w:val="0B1A2D"/>
                <w:sz w:val="18"/>
              </w:rPr>
              <w:t>Organisation address</w:t>
            </w:r>
          </w:p>
        </w:tc>
        <w:tc>
          <w:tcPr>
            <w:tcW w:w="6408" w:type="dxa"/>
            <w:shd w:val="clear" w:color="auto" w:fill="FAFBFC"/>
            <w:vAlign w:val="center"/>
          </w:tcPr>
          <w:p w14:paraId="2DDF9417" w14:textId="77777777" w:rsidR="00811958" w:rsidRDefault="00406A14">
            <w:pPr>
              <w:spacing w:after="0"/>
            </w:pPr>
            <w:r>
              <w:rPr>
                <w:i/>
                <w:color w:val="808080"/>
                <w:sz w:val="17"/>
              </w:rPr>
              <w:t>Type here</w:t>
            </w:r>
          </w:p>
        </w:tc>
      </w:tr>
      <w:tr w:rsidR="00811958" w14:paraId="5BB7B799" w14:textId="77777777" w:rsidTr="00F7584E">
        <w:trPr>
          <w:jc w:val="center"/>
        </w:trPr>
        <w:tc>
          <w:tcPr>
            <w:tcW w:w="3384" w:type="dxa"/>
            <w:shd w:val="clear" w:color="auto" w:fill="EEF3F8"/>
            <w:vAlign w:val="center"/>
          </w:tcPr>
          <w:p w14:paraId="5CB538B9" w14:textId="77777777" w:rsidR="00811958" w:rsidRDefault="00406A14">
            <w:pPr>
              <w:spacing w:after="0"/>
            </w:pPr>
            <w:r>
              <w:rPr>
                <w:b/>
                <w:color w:val="0B1A2D"/>
                <w:sz w:val="18"/>
              </w:rPr>
              <w:t>Website</w:t>
            </w:r>
          </w:p>
        </w:tc>
        <w:tc>
          <w:tcPr>
            <w:tcW w:w="6408" w:type="dxa"/>
            <w:shd w:val="clear" w:color="auto" w:fill="FAFBFC"/>
            <w:vAlign w:val="center"/>
          </w:tcPr>
          <w:p w14:paraId="2F4DEE32" w14:textId="77777777" w:rsidR="00811958" w:rsidRDefault="00406A14">
            <w:pPr>
              <w:spacing w:after="0"/>
            </w:pPr>
            <w:r>
              <w:rPr>
                <w:i/>
                <w:color w:val="808080"/>
                <w:sz w:val="17"/>
              </w:rPr>
              <w:t>Type here</w:t>
            </w:r>
          </w:p>
        </w:tc>
      </w:tr>
      <w:tr w:rsidR="00811958" w14:paraId="36665CFE" w14:textId="77777777" w:rsidTr="00F7584E">
        <w:trPr>
          <w:jc w:val="center"/>
        </w:trPr>
        <w:tc>
          <w:tcPr>
            <w:tcW w:w="3384" w:type="dxa"/>
            <w:shd w:val="clear" w:color="auto" w:fill="EEF3F8"/>
            <w:vAlign w:val="center"/>
          </w:tcPr>
          <w:p w14:paraId="320B54B4" w14:textId="77777777" w:rsidR="00811958" w:rsidRDefault="00406A14">
            <w:pPr>
              <w:spacing w:after="0"/>
            </w:pPr>
            <w:r>
              <w:rPr>
                <w:b/>
                <w:color w:val="0B1A2D"/>
                <w:sz w:val="18"/>
              </w:rPr>
              <w:t>LinkedIn / social media page</w:t>
            </w:r>
          </w:p>
        </w:tc>
        <w:tc>
          <w:tcPr>
            <w:tcW w:w="6408" w:type="dxa"/>
            <w:shd w:val="clear" w:color="auto" w:fill="FAFBFC"/>
            <w:vAlign w:val="center"/>
          </w:tcPr>
          <w:p w14:paraId="77BD5B59" w14:textId="77777777" w:rsidR="00811958" w:rsidRDefault="00406A14">
            <w:pPr>
              <w:spacing w:after="0"/>
            </w:pPr>
            <w:r>
              <w:rPr>
                <w:i/>
                <w:color w:val="808080"/>
                <w:sz w:val="17"/>
              </w:rPr>
              <w:t>Type here</w:t>
            </w:r>
          </w:p>
        </w:tc>
      </w:tr>
      <w:tr w:rsidR="00811958" w14:paraId="77B5F20C" w14:textId="77777777" w:rsidTr="00F7584E">
        <w:trPr>
          <w:jc w:val="center"/>
        </w:trPr>
        <w:tc>
          <w:tcPr>
            <w:tcW w:w="3384" w:type="dxa"/>
            <w:shd w:val="clear" w:color="auto" w:fill="EEF3F8"/>
            <w:vAlign w:val="center"/>
          </w:tcPr>
          <w:p w14:paraId="100A5943" w14:textId="77777777" w:rsidR="00811958" w:rsidRDefault="00406A14">
            <w:pPr>
              <w:spacing w:after="0"/>
            </w:pPr>
            <w:r>
              <w:rPr>
                <w:b/>
                <w:color w:val="0B1A2D"/>
                <w:sz w:val="18"/>
              </w:rPr>
              <w:t>Type of organisation</w:t>
            </w:r>
          </w:p>
        </w:tc>
        <w:tc>
          <w:tcPr>
            <w:tcW w:w="6408" w:type="dxa"/>
            <w:shd w:val="clear" w:color="auto" w:fill="FAFBFC"/>
            <w:vAlign w:val="center"/>
          </w:tcPr>
          <w:p w14:paraId="780F22C6" w14:textId="6B994F25" w:rsidR="00811958" w:rsidRPr="00F7584E" w:rsidRDefault="00406A14">
            <w:pPr>
              <w:spacing w:after="0"/>
              <w:rPr>
                <w:b/>
                <w:bCs/>
              </w:rPr>
            </w:pPr>
            <w:r>
              <w:rPr>
                <w:color w:val="000000"/>
                <w:sz w:val="18"/>
              </w:rPr>
              <w:t>Property management company / FM provider / building owner or landlord / asset manager / BTR or residential operator / workplace or occupier experience team / operational supplier or partner / technology or PropTech provider / professional services provider / other</w:t>
            </w:r>
            <w:r w:rsidR="00F7584E">
              <w:rPr>
                <w:color w:val="000000"/>
                <w:sz w:val="18"/>
              </w:rPr>
              <w:t xml:space="preserve"> </w:t>
            </w:r>
            <w:r w:rsidR="00F7584E">
              <w:rPr>
                <w:b/>
                <w:bCs/>
                <w:color w:val="000000"/>
                <w:sz w:val="18"/>
              </w:rPr>
              <w:t>(delete as appropriate)</w:t>
            </w:r>
          </w:p>
        </w:tc>
      </w:tr>
      <w:tr w:rsidR="00811958" w14:paraId="01F13DB0" w14:textId="77777777" w:rsidTr="00F7584E">
        <w:trPr>
          <w:jc w:val="center"/>
        </w:trPr>
        <w:tc>
          <w:tcPr>
            <w:tcW w:w="3384" w:type="dxa"/>
            <w:shd w:val="clear" w:color="auto" w:fill="EEF3F8"/>
            <w:vAlign w:val="center"/>
          </w:tcPr>
          <w:p w14:paraId="1A13BAC3" w14:textId="77777777" w:rsidR="00811958" w:rsidRDefault="00406A14">
            <w:pPr>
              <w:spacing w:after="0"/>
            </w:pPr>
            <w:r>
              <w:rPr>
                <w:b/>
                <w:color w:val="0B1A2D"/>
                <w:sz w:val="18"/>
              </w:rPr>
              <w:t>If other, please specify</w:t>
            </w:r>
          </w:p>
        </w:tc>
        <w:tc>
          <w:tcPr>
            <w:tcW w:w="6408" w:type="dxa"/>
            <w:shd w:val="clear" w:color="auto" w:fill="FAFBFC"/>
            <w:vAlign w:val="center"/>
          </w:tcPr>
          <w:p w14:paraId="01F07CD2" w14:textId="77777777" w:rsidR="00811958" w:rsidRDefault="00406A14">
            <w:pPr>
              <w:spacing w:after="0"/>
            </w:pPr>
            <w:r>
              <w:rPr>
                <w:i/>
                <w:color w:val="808080"/>
                <w:sz w:val="17"/>
              </w:rPr>
              <w:t>Type here</w:t>
            </w:r>
          </w:p>
        </w:tc>
      </w:tr>
    </w:tbl>
    <w:p w14:paraId="1ED841AA" w14:textId="77777777" w:rsidR="00811958" w:rsidRDefault="00811958">
      <w:pPr>
        <w:spacing w:after="40"/>
      </w:pPr>
    </w:p>
    <w:p w14:paraId="695BCE1F" w14:textId="77777777" w:rsidR="00811958" w:rsidRDefault="00406A14">
      <w:pPr>
        <w:shd w:val="clear" w:color="auto" w:fill="0B1A2D"/>
        <w:spacing w:before="280" w:after="160"/>
      </w:pPr>
      <w:r>
        <w:rPr>
          <w:b/>
          <w:color w:val="FFFFFF"/>
          <w:sz w:val="25"/>
        </w:rPr>
        <w:t xml:space="preserve">  3. Entry category</w:t>
      </w:r>
    </w:p>
    <w:p w14:paraId="01FF7CBE" w14:textId="77777777" w:rsidR="00811958" w:rsidRDefault="00406A14">
      <w:pPr>
        <w:spacing w:after="100" w:line="252" w:lineRule="auto"/>
      </w:pPr>
      <w:r>
        <w:rPr>
          <w:b/>
          <w:color w:val="0B1A2D"/>
        </w:rPr>
        <w:t>Please tick one category. Separate entries should be submitted for separate categories.</w:t>
      </w:r>
    </w:p>
    <w:tbl>
      <w:tblPr>
        <w:tblW w:w="0" w:type="auto"/>
        <w:jc w:val="center"/>
        <w:tblBorders>
          <w:top w:val="nil"/>
          <w:left w:val="nil"/>
          <w:bottom w:val="nil"/>
          <w:right w:val="nil"/>
          <w:insideH w:val="nil"/>
          <w:insideV w:val="nil"/>
        </w:tblBorders>
        <w:tblLayout w:type="fixed"/>
        <w:tblLook w:val="04A0" w:firstRow="1" w:lastRow="0" w:firstColumn="1" w:lastColumn="0" w:noHBand="0" w:noVBand="1"/>
      </w:tblPr>
      <w:tblGrid>
        <w:gridCol w:w="4824"/>
        <w:gridCol w:w="4824"/>
      </w:tblGrid>
      <w:tr w:rsidR="00811958" w14:paraId="07C60761" w14:textId="77777777">
        <w:trPr>
          <w:jc w:val="center"/>
        </w:trPr>
        <w:tc>
          <w:tcPr>
            <w:tcW w:w="4824" w:type="dxa"/>
            <w:vAlign w:val="center"/>
          </w:tcPr>
          <w:p w14:paraId="416133B4" w14:textId="77777777" w:rsidR="00811958" w:rsidRDefault="00406A14">
            <w:pPr>
              <w:spacing w:after="0"/>
            </w:pPr>
            <w:r>
              <w:rPr>
                <w:rFonts w:ascii="Segoe UI Symbol" w:hAnsi="Segoe UI Symbol"/>
                <w:b/>
                <w:color w:val="8B339B"/>
                <w:sz w:val="18"/>
              </w:rPr>
              <w:t>☐</w:t>
            </w:r>
            <w:r>
              <w:rPr>
                <w:rFonts w:ascii="Segoe UI Symbol" w:hAnsi="Segoe UI Symbol"/>
                <w:b/>
                <w:color w:val="8B339B"/>
                <w:sz w:val="18"/>
              </w:rPr>
              <w:t xml:space="preserve"> </w:t>
            </w:r>
            <w:r>
              <w:rPr>
                <w:color w:val="000000"/>
                <w:sz w:val="17"/>
              </w:rPr>
              <w:t>Residential Property Management Team of the Year</w:t>
            </w:r>
          </w:p>
        </w:tc>
        <w:tc>
          <w:tcPr>
            <w:tcW w:w="4824" w:type="dxa"/>
            <w:vAlign w:val="center"/>
          </w:tcPr>
          <w:p w14:paraId="49096073" w14:textId="22312226" w:rsidR="00811958" w:rsidRDefault="00406A14">
            <w:pPr>
              <w:spacing w:after="0"/>
            </w:pPr>
            <w:r>
              <w:rPr>
                <w:rFonts w:ascii="Segoe UI Symbol" w:hAnsi="Segoe UI Symbol"/>
                <w:b/>
                <w:color w:val="8B339B"/>
                <w:sz w:val="18"/>
              </w:rPr>
              <w:t>☐</w:t>
            </w:r>
            <w:r>
              <w:rPr>
                <w:rFonts w:ascii="Segoe UI Symbol" w:hAnsi="Segoe UI Symbol"/>
                <w:b/>
                <w:color w:val="8B339B"/>
                <w:sz w:val="18"/>
              </w:rPr>
              <w:t xml:space="preserve"> </w:t>
            </w:r>
            <w:r w:rsidR="00F7584E">
              <w:rPr>
                <w:color w:val="000000"/>
                <w:sz w:val="17"/>
              </w:rPr>
              <w:t>Existing Estate Operations of the Year - Post-Retrofit</w:t>
            </w:r>
          </w:p>
        </w:tc>
      </w:tr>
      <w:tr w:rsidR="00811958" w14:paraId="0BCEB7BF" w14:textId="77777777">
        <w:trPr>
          <w:jc w:val="center"/>
        </w:trPr>
        <w:tc>
          <w:tcPr>
            <w:tcW w:w="4824" w:type="dxa"/>
            <w:vAlign w:val="center"/>
          </w:tcPr>
          <w:p w14:paraId="5315C16B" w14:textId="77777777" w:rsidR="00811958" w:rsidRDefault="00406A14">
            <w:pPr>
              <w:spacing w:after="0"/>
            </w:pPr>
            <w:r>
              <w:rPr>
                <w:rFonts w:ascii="Segoe UI Symbol" w:hAnsi="Segoe UI Symbol"/>
                <w:b/>
                <w:color w:val="8B339B"/>
                <w:sz w:val="18"/>
              </w:rPr>
              <w:t>☐</w:t>
            </w:r>
            <w:r>
              <w:rPr>
                <w:rFonts w:ascii="Segoe UI Symbol" w:hAnsi="Segoe UI Symbol"/>
                <w:b/>
                <w:color w:val="8B339B"/>
                <w:sz w:val="18"/>
              </w:rPr>
              <w:t xml:space="preserve"> </w:t>
            </w:r>
            <w:r>
              <w:rPr>
                <w:color w:val="000000"/>
                <w:sz w:val="17"/>
              </w:rPr>
              <w:t>Commercial / Workplace Management Team of the Year</w:t>
            </w:r>
          </w:p>
        </w:tc>
        <w:tc>
          <w:tcPr>
            <w:tcW w:w="4824" w:type="dxa"/>
            <w:vAlign w:val="center"/>
          </w:tcPr>
          <w:p w14:paraId="04AA1405" w14:textId="77777777" w:rsidR="00811958" w:rsidRDefault="00406A14">
            <w:pPr>
              <w:spacing w:after="0"/>
            </w:pPr>
            <w:r>
              <w:rPr>
                <w:rFonts w:ascii="Segoe UI Symbol" w:hAnsi="Segoe UI Symbol"/>
                <w:b/>
                <w:color w:val="8B339B"/>
                <w:sz w:val="18"/>
              </w:rPr>
              <w:t>☐</w:t>
            </w:r>
            <w:r>
              <w:rPr>
                <w:rFonts w:ascii="Segoe UI Symbol" w:hAnsi="Segoe UI Symbol"/>
                <w:b/>
                <w:color w:val="8B339B"/>
                <w:sz w:val="18"/>
              </w:rPr>
              <w:t xml:space="preserve"> </w:t>
            </w:r>
            <w:r>
              <w:rPr>
                <w:color w:val="000000"/>
                <w:sz w:val="17"/>
              </w:rPr>
              <w:t>Sustainability in Operations</w:t>
            </w:r>
          </w:p>
        </w:tc>
      </w:tr>
      <w:tr w:rsidR="00811958" w14:paraId="3B044948" w14:textId="77777777">
        <w:trPr>
          <w:jc w:val="center"/>
        </w:trPr>
        <w:tc>
          <w:tcPr>
            <w:tcW w:w="4824" w:type="dxa"/>
            <w:vAlign w:val="center"/>
          </w:tcPr>
          <w:p w14:paraId="146BC925" w14:textId="6E509410" w:rsidR="00F7584E" w:rsidRPr="00F7584E" w:rsidRDefault="00406A14">
            <w:pPr>
              <w:spacing w:after="0"/>
              <w:rPr>
                <w:color w:val="000000"/>
                <w:sz w:val="17"/>
              </w:rPr>
            </w:pPr>
            <w:r>
              <w:rPr>
                <w:rFonts w:ascii="Segoe UI Symbol" w:hAnsi="Segoe UI Symbol"/>
                <w:b/>
                <w:color w:val="8B339B"/>
                <w:sz w:val="18"/>
              </w:rPr>
              <w:t>☐</w:t>
            </w:r>
            <w:r>
              <w:rPr>
                <w:rFonts w:ascii="Segoe UI Symbol" w:hAnsi="Segoe UI Symbol"/>
                <w:b/>
                <w:color w:val="8B339B"/>
                <w:sz w:val="18"/>
              </w:rPr>
              <w:t xml:space="preserve"> </w:t>
            </w:r>
            <w:r>
              <w:rPr>
                <w:color w:val="000000"/>
                <w:sz w:val="17"/>
              </w:rPr>
              <w:t>Facilities Management Service Provider of the Year</w:t>
            </w:r>
          </w:p>
        </w:tc>
        <w:tc>
          <w:tcPr>
            <w:tcW w:w="4824" w:type="dxa"/>
            <w:vAlign w:val="center"/>
          </w:tcPr>
          <w:p w14:paraId="0610511C" w14:textId="77777777" w:rsidR="00811958" w:rsidRDefault="00406A14">
            <w:pPr>
              <w:spacing w:after="0"/>
            </w:pPr>
            <w:r>
              <w:rPr>
                <w:rFonts w:ascii="Segoe UI Symbol" w:hAnsi="Segoe UI Symbol"/>
                <w:b/>
                <w:color w:val="8B339B"/>
                <w:sz w:val="18"/>
              </w:rPr>
              <w:t>☐</w:t>
            </w:r>
            <w:r>
              <w:rPr>
                <w:rFonts w:ascii="Segoe UI Symbol" w:hAnsi="Segoe UI Symbol"/>
                <w:b/>
                <w:color w:val="8B339B"/>
                <w:sz w:val="18"/>
              </w:rPr>
              <w:t xml:space="preserve"> </w:t>
            </w:r>
            <w:r>
              <w:rPr>
                <w:color w:val="000000"/>
                <w:sz w:val="17"/>
              </w:rPr>
              <w:t>Supplier / Partner of the Year</w:t>
            </w:r>
          </w:p>
        </w:tc>
      </w:tr>
      <w:tr w:rsidR="00811958" w14:paraId="28635F80" w14:textId="77777777">
        <w:trPr>
          <w:jc w:val="center"/>
        </w:trPr>
        <w:tc>
          <w:tcPr>
            <w:tcW w:w="4824" w:type="dxa"/>
            <w:vAlign w:val="center"/>
          </w:tcPr>
          <w:p w14:paraId="2E7C2C25" w14:textId="77777777" w:rsidR="00811958" w:rsidRDefault="00406A14">
            <w:pPr>
              <w:spacing w:after="0"/>
            </w:pPr>
            <w:r>
              <w:rPr>
                <w:rFonts w:ascii="Segoe UI Symbol" w:hAnsi="Segoe UI Symbol"/>
                <w:b/>
                <w:color w:val="8B339B"/>
                <w:sz w:val="18"/>
              </w:rPr>
              <w:t>☐</w:t>
            </w:r>
            <w:r>
              <w:rPr>
                <w:rFonts w:ascii="Segoe UI Symbol" w:hAnsi="Segoe UI Symbol"/>
                <w:b/>
                <w:color w:val="8B339B"/>
                <w:sz w:val="18"/>
              </w:rPr>
              <w:t xml:space="preserve"> </w:t>
            </w:r>
            <w:r>
              <w:rPr>
                <w:color w:val="000000"/>
                <w:sz w:val="17"/>
              </w:rPr>
              <w:t>Occupier Experience Award - Residential</w:t>
            </w:r>
          </w:p>
        </w:tc>
        <w:tc>
          <w:tcPr>
            <w:tcW w:w="4824" w:type="dxa"/>
            <w:vAlign w:val="center"/>
          </w:tcPr>
          <w:p w14:paraId="6CB64AE0" w14:textId="77777777" w:rsidR="00811958" w:rsidRDefault="00406A14">
            <w:pPr>
              <w:spacing w:after="0"/>
            </w:pPr>
            <w:r>
              <w:rPr>
                <w:rFonts w:ascii="Segoe UI Symbol" w:hAnsi="Segoe UI Symbol"/>
                <w:b/>
                <w:color w:val="8B339B"/>
                <w:sz w:val="18"/>
              </w:rPr>
              <w:t>☐</w:t>
            </w:r>
            <w:r>
              <w:rPr>
                <w:rFonts w:ascii="Segoe UI Symbol" w:hAnsi="Segoe UI Symbol"/>
                <w:b/>
                <w:color w:val="8B339B"/>
                <w:sz w:val="18"/>
              </w:rPr>
              <w:t xml:space="preserve"> </w:t>
            </w:r>
            <w:r>
              <w:rPr>
                <w:color w:val="000000"/>
                <w:sz w:val="17"/>
              </w:rPr>
              <w:t>Team of the Year - Operations / FM / Customer Service</w:t>
            </w:r>
          </w:p>
        </w:tc>
      </w:tr>
      <w:tr w:rsidR="00811958" w14:paraId="7FC89109" w14:textId="77777777">
        <w:trPr>
          <w:jc w:val="center"/>
        </w:trPr>
        <w:tc>
          <w:tcPr>
            <w:tcW w:w="4824" w:type="dxa"/>
            <w:vAlign w:val="center"/>
          </w:tcPr>
          <w:p w14:paraId="0753692D" w14:textId="77777777" w:rsidR="00811958" w:rsidRDefault="00406A14">
            <w:pPr>
              <w:spacing w:after="0"/>
            </w:pPr>
            <w:r>
              <w:rPr>
                <w:rFonts w:ascii="Segoe UI Symbol" w:hAnsi="Segoe UI Symbol"/>
                <w:b/>
                <w:color w:val="8B339B"/>
                <w:sz w:val="18"/>
              </w:rPr>
              <w:t>☐</w:t>
            </w:r>
            <w:r>
              <w:rPr>
                <w:rFonts w:ascii="Segoe UI Symbol" w:hAnsi="Segoe UI Symbol"/>
                <w:b/>
                <w:color w:val="8B339B"/>
                <w:sz w:val="18"/>
              </w:rPr>
              <w:t xml:space="preserve"> </w:t>
            </w:r>
            <w:r>
              <w:rPr>
                <w:color w:val="000000"/>
                <w:sz w:val="17"/>
              </w:rPr>
              <w:t>Occupier Experience Award - Commercial / Workplace</w:t>
            </w:r>
          </w:p>
        </w:tc>
        <w:tc>
          <w:tcPr>
            <w:tcW w:w="4824" w:type="dxa"/>
            <w:vAlign w:val="center"/>
          </w:tcPr>
          <w:p w14:paraId="25F69540" w14:textId="51F7BF94" w:rsidR="00811958" w:rsidRDefault="00406A14">
            <w:pPr>
              <w:spacing w:after="0"/>
            </w:pPr>
            <w:r>
              <w:rPr>
                <w:rFonts w:ascii="Segoe UI Symbol" w:hAnsi="Segoe UI Symbol"/>
                <w:b/>
                <w:color w:val="8B339B"/>
                <w:sz w:val="18"/>
              </w:rPr>
              <w:t>☐</w:t>
            </w:r>
            <w:r>
              <w:rPr>
                <w:rFonts w:ascii="Segoe UI Symbol" w:hAnsi="Segoe UI Symbol"/>
                <w:b/>
                <w:color w:val="8B339B"/>
                <w:sz w:val="18"/>
              </w:rPr>
              <w:t xml:space="preserve"> </w:t>
            </w:r>
            <w:r w:rsidR="00F7584E">
              <w:rPr>
                <w:color w:val="000000"/>
                <w:sz w:val="17"/>
              </w:rPr>
              <w:t>Innovation in Property Operations</w:t>
            </w:r>
          </w:p>
        </w:tc>
      </w:tr>
    </w:tbl>
    <w:p w14:paraId="4C710FD6" w14:textId="77777777" w:rsidR="00811958" w:rsidRDefault="00811958">
      <w:pPr>
        <w:spacing w:after="2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84"/>
        <w:gridCol w:w="6408"/>
      </w:tblGrid>
      <w:tr w:rsidR="00811958" w14:paraId="3F6F0D4F" w14:textId="77777777" w:rsidTr="00F7584E">
        <w:trPr>
          <w:jc w:val="center"/>
        </w:trPr>
        <w:tc>
          <w:tcPr>
            <w:tcW w:w="3384" w:type="dxa"/>
            <w:shd w:val="clear" w:color="auto" w:fill="EEF3F8"/>
            <w:vAlign w:val="center"/>
          </w:tcPr>
          <w:p w14:paraId="28797177" w14:textId="77777777" w:rsidR="00811958" w:rsidRDefault="00406A14">
            <w:pPr>
              <w:spacing w:after="0"/>
            </w:pPr>
            <w:r>
              <w:rPr>
                <w:b/>
                <w:color w:val="0B1A2D"/>
                <w:sz w:val="18"/>
              </w:rPr>
              <w:t>Entry title</w:t>
            </w:r>
          </w:p>
        </w:tc>
        <w:tc>
          <w:tcPr>
            <w:tcW w:w="6408" w:type="dxa"/>
            <w:shd w:val="clear" w:color="auto" w:fill="FAFBFC"/>
            <w:vAlign w:val="center"/>
          </w:tcPr>
          <w:p w14:paraId="29982E9B" w14:textId="77777777" w:rsidR="00811958" w:rsidRDefault="00F7584E">
            <w:pPr>
              <w:spacing w:after="0"/>
              <w:rPr>
                <w:i/>
                <w:color w:val="808080"/>
                <w:sz w:val="17"/>
              </w:rPr>
            </w:pPr>
            <w:r w:rsidRPr="00F7584E">
              <w:rPr>
                <w:i/>
                <w:color w:val="808080"/>
                <w:sz w:val="17"/>
              </w:rPr>
              <w:t>Example: “Transforming resident experience across 1,200 managed homes in Scotland”.</w:t>
            </w:r>
          </w:p>
          <w:p w14:paraId="5602AB36" w14:textId="316C565D" w:rsidR="00F7584E" w:rsidRDefault="00F7584E">
            <w:pPr>
              <w:spacing w:after="0"/>
            </w:pPr>
          </w:p>
        </w:tc>
      </w:tr>
      <w:tr w:rsidR="00811958" w14:paraId="5A1DCD5E" w14:textId="77777777" w:rsidTr="00F7584E">
        <w:trPr>
          <w:jc w:val="center"/>
        </w:trPr>
        <w:tc>
          <w:tcPr>
            <w:tcW w:w="3384" w:type="dxa"/>
            <w:shd w:val="clear" w:color="auto" w:fill="EEF3F8"/>
            <w:vAlign w:val="center"/>
          </w:tcPr>
          <w:p w14:paraId="225E6F9C" w14:textId="77777777" w:rsidR="00811958" w:rsidRDefault="00406A14">
            <w:pPr>
              <w:spacing w:after="0"/>
            </w:pPr>
            <w:r>
              <w:rPr>
                <w:b/>
                <w:color w:val="0B1A2D"/>
                <w:sz w:val="18"/>
              </w:rPr>
              <w:t>Name of team, project, service, estate or organisation being entered</w:t>
            </w:r>
          </w:p>
        </w:tc>
        <w:tc>
          <w:tcPr>
            <w:tcW w:w="6408" w:type="dxa"/>
            <w:shd w:val="clear" w:color="auto" w:fill="FAFBFC"/>
            <w:vAlign w:val="center"/>
          </w:tcPr>
          <w:p w14:paraId="26168B4C" w14:textId="77777777" w:rsidR="00811958" w:rsidRDefault="00F7584E">
            <w:pPr>
              <w:spacing w:after="0"/>
              <w:rPr>
                <w:i/>
                <w:color w:val="808080"/>
                <w:sz w:val="17"/>
              </w:rPr>
            </w:pPr>
            <w:r w:rsidRPr="00F7584E">
              <w:rPr>
                <w:i/>
                <w:color w:val="808080"/>
                <w:sz w:val="17"/>
              </w:rPr>
              <w:t>Enter the exact name to be judged and used in PR materials.</w:t>
            </w:r>
          </w:p>
          <w:p w14:paraId="1BEC7A55" w14:textId="20FD532B" w:rsidR="00F7584E" w:rsidRDefault="00F7584E">
            <w:pPr>
              <w:spacing w:after="0"/>
            </w:pPr>
          </w:p>
        </w:tc>
      </w:tr>
      <w:tr w:rsidR="00811958" w14:paraId="326C2D2F" w14:textId="77777777" w:rsidTr="00F7584E">
        <w:trPr>
          <w:jc w:val="center"/>
        </w:trPr>
        <w:tc>
          <w:tcPr>
            <w:tcW w:w="3384" w:type="dxa"/>
            <w:shd w:val="clear" w:color="auto" w:fill="EEF3F8"/>
            <w:vAlign w:val="center"/>
          </w:tcPr>
          <w:p w14:paraId="445C7BB8" w14:textId="77777777" w:rsidR="00811958" w:rsidRDefault="00406A14">
            <w:pPr>
              <w:spacing w:after="0"/>
            </w:pPr>
            <w:r>
              <w:rPr>
                <w:b/>
                <w:color w:val="0B1A2D"/>
                <w:sz w:val="18"/>
              </w:rPr>
              <w:t>Location / Scottish footprint of entry</w:t>
            </w:r>
          </w:p>
        </w:tc>
        <w:tc>
          <w:tcPr>
            <w:tcW w:w="6408" w:type="dxa"/>
            <w:shd w:val="clear" w:color="auto" w:fill="FAFBFC"/>
            <w:vAlign w:val="center"/>
          </w:tcPr>
          <w:p w14:paraId="4C46C538" w14:textId="77777777" w:rsidR="00811958" w:rsidRDefault="00F7584E">
            <w:pPr>
              <w:spacing w:after="0"/>
              <w:rPr>
                <w:i/>
                <w:color w:val="808080"/>
                <w:sz w:val="17"/>
              </w:rPr>
            </w:pPr>
            <w:r w:rsidRPr="00F7584E">
              <w:rPr>
                <w:i/>
                <w:color w:val="808080"/>
                <w:sz w:val="17"/>
              </w:rPr>
              <w:t>Please state where in Scotland the entry applies. This may be a single building, estate, city, region or national Scottish portfolio.</w:t>
            </w:r>
          </w:p>
          <w:p w14:paraId="2B032341" w14:textId="55768351" w:rsidR="00F7584E" w:rsidRDefault="00F7584E">
            <w:pPr>
              <w:spacing w:after="0"/>
            </w:pPr>
          </w:p>
        </w:tc>
      </w:tr>
      <w:tr w:rsidR="00811958" w14:paraId="50D649E9" w14:textId="77777777" w:rsidTr="00F7584E">
        <w:trPr>
          <w:jc w:val="center"/>
        </w:trPr>
        <w:tc>
          <w:tcPr>
            <w:tcW w:w="3384" w:type="dxa"/>
            <w:shd w:val="clear" w:color="auto" w:fill="EEF3F8"/>
            <w:vAlign w:val="center"/>
          </w:tcPr>
          <w:p w14:paraId="7B0E433B" w14:textId="77777777" w:rsidR="00811958" w:rsidRDefault="00406A14">
            <w:pPr>
              <w:spacing w:after="0"/>
            </w:pPr>
            <w:r>
              <w:rPr>
                <w:b/>
                <w:color w:val="0B1A2D"/>
                <w:sz w:val="18"/>
              </w:rPr>
              <w:t>Time period covered by this entry</w:t>
            </w:r>
          </w:p>
        </w:tc>
        <w:tc>
          <w:tcPr>
            <w:tcW w:w="6408" w:type="dxa"/>
            <w:shd w:val="clear" w:color="auto" w:fill="FAFBFC"/>
            <w:vAlign w:val="center"/>
          </w:tcPr>
          <w:p w14:paraId="35A53F65" w14:textId="77777777" w:rsidR="00811958" w:rsidRDefault="00F7584E">
            <w:pPr>
              <w:spacing w:after="0"/>
              <w:rPr>
                <w:i/>
                <w:color w:val="808080"/>
                <w:sz w:val="17"/>
              </w:rPr>
            </w:pPr>
            <w:r w:rsidRPr="00F7584E">
              <w:rPr>
                <w:i/>
                <w:color w:val="808080"/>
                <w:sz w:val="17"/>
              </w:rPr>
              <w:t>Example: “January 2025 to June 2026”.</w:t>
            </w:r>
          </w:p>
          <w:p w14:paraId="6D36227F" w14:textId="52F7F400" w:rsidR="00F7584E" w:rsidRDefault="00F7584E">
            <w:pPr>
              <w:spacing w:after="0"/>
            </w:pPr>
          </w:p>
        </w:tc>
      </w:tr>
    </w:tbl>
    <w:p w14:paraId="47DE5F83" w14:textId="77777777" w:rsidR="00811958" w:rsidRDefault="00811958">
      <w:pPr>
        <w:spacing w:after="40"/>
      </w:pPr>
    </w:p>
    <w:p w14:paraId="390305B3" w14:textId="77777777" w:rsidR="00811958" w:rsidRDefault="00406A14">
      <w:pPr>
        <w:pageBreakBefore/>
        <w:shd w:val="clear" w:color="auto" w:fill="0B1A2D"/>
        <w:spacing w:before="280" w:after="160"/>
      </w:pPr>
      <w:r>
        <w:rPr>
          <w:b/>
          <w:color w:val="FFFFFF"/>
          <w:sz w:val="25"/>
        </w:rPr>
        <w:lastRenderedPageBreak/>
        <w:t xml:space="preserve">  4. Entry summary</w:t>
      </w:r>
    </w:p>
    <w:p w14:paraId="43FE6717" w14:textId="4ED12306" w:rsidR="00811958" w:rsidRDefault="00406A14">
      <w:pPr>
        <w:spacing w:after="100" w:line="252" w:lineRule="auto"/>
      </w:pPr>
      <w:r>
        <w:rPr>
          <w:color w:val="2C2F38"/>
          <w:sz w:val="18"/>
        </w:rPr>
        <w:t>Please provide a short summary of the entry.</w:t>
      </w:r>
      <w:r w:rsidR="00F7584E">
        <w:rPr>
          <w:color w:val="2C2F38"/>
          <w:sz w:val="18"/>
        </w:rPr>
        <w:t xml:space="preserve"> </w:t>
      </w:r>
      <w:r w:rsidR="00F7584E" w:rsidRPr="00F7584E">
        <w:rPr>
          <w:color w:val="2C2F38"/>
          <w:sz w:val="18"/>
        </w:rPr>
        <w:t>This should give judges a clear overview of who or what is being entered, what has been achieved, and why it deserves recognition. This summary may be used for shortlist and event materials if the entry is selected.</w:t>
      </w:r>
    </w:p>
    <w:p w14:paraId="11C5A6A3" w14:textId="77777777" w:rsidR="00811958" w:rsidRDefault="00406A14">
      <w:pPr>
        <w:keepNext/>
        <w:spacing w:before="80" w:after="20"/>
      </w:pPr>
      <w:r>
        <w:rPr>
          <w:b/>
          <w:color w:val="0B1A2D"/>
        </w:rPr>
        <w:t>Entry summary (maximum 150 words)</w:t>
      </w:r>
    </w:p>
    <w:tbl>
      <w:tblPr>
        <w:tblW w:w="0" w:type="auto"/>
        <w:jc w:val="center"/>
        <w:tblLook w:val="04A0" w:firstRow="1" w:lastRow="0" w:firstColumn="1" w:lastColumn="0" w:noHBand="0" w:noVBand="1"/>
      </w:tblPr>
      <w:tblGrid>
        <w:gridCol w:w="9960"/>
      </w:tblGrid>
      <w:tr w:rsidR="00811958" w14:paraId="37D5E34C" w14:textId="77777777">
        <w:trPr>
          <w:cantSplit/>
          <w:trHeight w:val="1800"/>
          <w:jc w:val="center"/>
        </w:trPr>
        <w:tc>
          <w:tcPr>
            <w:tcW w:w="9976" w:type="dxa"/>
            <w:tcBorders>
              <w:top w:val="single" w:sz="6" w:space="0" w:color="D8DEE8"/>
              <w:left w:val="single" w:sz="6" w:space="0" w:color="D8DEE8"/>
              <w:bottom w:val="single" w:sz="6" w:space="0" w:color="D8DEE8"/>
              <w:right w:val="single" w:sz="6" w:space="0" w:color="D8DEE8"/>
            </w:tcBorders>
            <w:shd w:val="clear" w:color="auto" w:fill="FAFBFC"/>
          </w:tcPr>
          <w:p w14:paraId="6696876A" w14:textId="77777777" w:rsidR="00811958" w:rsidRDefault="00406A14">
            <w:pPr>
              <w:spacing w:after="0"/>
            </w:pPr>
            <w:r>
              <w:rPr>
                <w:i/>
                <w:color w:val="808080"/>
                <w:sz w:val="17"/>
              </w:rPr>
              <w:t>Type response here...</w:t>
            </w:r>
          </w:p>
        </w:tc>
      </w:tr>
    </w:tbl>
    <w:p w14:paraId="237DA2C4" w14:textId="77777777" w:rsidR="00811958" w:rsidRDefault="00811958">
      <w:pPr>
        <w:spacing w:after="40"/>
      </w:pPr>
    </w:p>
    <w:p w14:paraId="25DA0FF9" w14:textId="77777777" w:rsidR="00811958" w:rsidRDefault="00406A14">
      <w:pPr>
        <w:shd w:val="clear" w:color="auto" w:fill="0B1A2D"/>
        <w:spacing w:before="280" w:after="160"/>
      </w:pPr>
      <w:r>
        <w:rPr>
          <w:b/>
          <w:color w:val="FFFFFF"/>
          <w:sz w:val="25"/>
        </w:rPr>
        <w:t xml:space="preserve">  5. Main written submission</w:t>
      </w:r>
    </w:p>
    <w:p w14:paraId="39A383F9" w14:textId="2036559D" w:rsidR="00811958" w:rsidRDefault="00406A14">
      <w:pPr>
        <w:spacing w:after="100" w:line="252" w:lineRule="auto"/>
      </w:pPr>
      <w:r>
        <w:rPr>
          <w:color w:val="2C2F38"/>
          <w:sz w:val="18"/>
        </w:rPr>
        <w:t xml:space="preserve">Please provide your main written entry of </w:t>
      </w:r>
      <w:r w:rsidR="00F7584E">
        <w:rPr>
          <w:color w:val="2C2F38"/>
          <w:sz w:val="18"/>
        </w:rPr>
        <w:t>600-</w:t>
      </w:r>
      <w:r>
        <w:rPr>
          <w:color w:val="2C2F38"/>
          <w:sz w:val="18"/>
        </w:rPr>
        <w:t>800</w:t>
      </w:r>
      <w:r>
        <w:rPr>
          <w:color w:val="2C2F38"/>
          <w:sz w:val="18"/>
        </w:rPr>
        <w:t xml:space="preserve"> words. Structure your submission around the five judging pillars below and </w:t>
      </w:r>
      <w:r w:rsidR="00F7584E" w:rsidRPr="00F7584E">
        <w:rPr>
          <w:color w:val="2C2F38"/>
          <w:sz w:val="18"/>
        </w:rPr>
        <w:t>explain what you have achieved, how you achieved it, and what measurable difference it has made</w:t>
      </w:r>
    </w:p>
    <w:tbl>
      <w:tblPr>
        <w:tblW w:w="0" w:type="auto"/>
        <w:jc w:val="center"/>
        <w:tblLook w:val="04A0" w:firstRow="1" w:lastRow="0" w:firstColumn="1" w:lastColumn="0" w:noHBand="0" w:noVBand="1"/>
      </w:tblPr>
      <w:tblGrid>
        <w:gridCol w:w="4980"/>
        <w:gridCol w:w="4980"/>
      </w:tblGrid>
      <w:tr w:rsidR="00811958" w14:paraId="2424C98D" w14:textId="77777777">
        <w:trPr>
          <w:jc w:val="center"/>
        </w:trPr>
        <w:tc>
          <w:tcPr>
            <w:tcW w:w="4988" w:type="dxa"/>
            <w:tcBorders>
              <w:top w:val="single" w:sz="6" w:space="0" w:color="D8DEE8"/>
              <w:left w:val="single" w:sz="6" w:space="0" w:color="D8DEE8"/>
              <w:bottom w:val="single" w:sz="6" w:space="0" w:color="D8DEE8"/>
              <w:right w:val="single" w:sz="6" w:space="0" w:color="D8DEE8"/>
            </w:tcBorders>
            <w:shd w:val="clear" w:color="auto" w:fill="0B1A2D"/>
          </w:tcPr>
          <w:p w14:paraId="510AA9FE" w14:textId="77777777" w:rsidR="00811958" w:rsidRDefault="00406A14">
            <w:pPr>
              <w:spacing w:after="0"/>
            </w:pPr>
            <w:r>
              <w:rPr>
                <w:b/>
                <w:color w:val="FFFFFF"/>
                <w:sz w:val="18"/>
              </w:rPr>
              <w:t>Judging pillar</w:t>
            </w:r>
          </w:p>
        </w:tc>
        <w:tc>
          <w:tcPr>
            <w:tcW w:w="4988" w:type="dxa"/>
            <w:tcBorders>
              <w:top w:val="single" w:sz="6" w:space="0" w:color="D8DEE8"/>
              <w:left w:val="single" w:sz="6" w:space="0" w:color="D8DEE8"/>
              <w:bottom w:val="single" w:sz="6" w:space="0" w:color="D8DEE8"/>
              <w:right w:val="single" w:sz="6" w:space="0" w:color="D8DEE8"/>
            </w:tcBorders>
            <w:shd w:val="clear" w:color="auto" w:fill="0B1A2D"/>
          </w:tcPr>
          <w:p w14:paraId="21285A81" w14:textId="77777777" w:rsidR="00811958" w:rsidRDefault="00406A14">
            <w:pPr>
              <w:spacing w:after="0"/>
            </w:pPr>
            <w:r>
              <w:rPr>
                <w:b/>
                <w:color w:val="FFFFFF"/>
                <w:sz w:val="18"/>
              </w:rPr>
              <w:t>Weighting</w:t>
            </w:r>
          </w:p>
        </w:tc>
      </w:tr>
      <w:tr w:rsidR="00811958" w14:paraId="03B17077" w14:textId="77777777">
        <w:trPr>
          <w:jc w:val="center"/>
        </w:trPr>
        <w:tc>
          <w:tcPr>
            <w:tcW w:w="4988" w:type="dxa"/>
            <w:shd w:val="clear" w:color="auto" w:fill="FAFBFC"/>
          </w:tcPr>
          <w:p w14:paraId="3254F306" w14:textId="77777777" w:rsidR="00811958" w:rsidRDefault="00406A14">
            <w:pPr>
              <w:spacing w:after="0"/>
            </w:pPr>
            <w:r>
              <w:rPr>
                <w:color w:val="000000"/>
                <w:sz w:val="17"/>
              </w:rPr>
              <w:t>Customer experience</w:t>
            </w:r>
          </w:p>
        </w:tc>
        <w:tc>
          <w:tcPr>
            <w:tcW w:w="4988" w:type="dxa"/>
            <w:shd w:val="clear" w:color="auto" w:fill="FAFBFC"/>
          </w:tcPr>
          <w:p w14:paraId="7FFC0DFC" w14:textId="77777777" w:rsidR="00811958" w:rsidRDefault="00406A14">
            <w:pPr>
              <w:spacing w:after="0"/>
            </w:pPr>
            <w:r>
              <w:rPr>
                <w:b/>
                <w:color w:val="000000"/>
                <w:sz w:val="17"/>
              </w:rPr>
              <w:t>25%</w:t>
            </w:r>
          </w:p>
        </w:tc>
      </w:tr>
      <w:tr w:rsidR="00811958" w14:paraId="35BDB3FD" w14:textId="77777777">
        <w:trPr>
          <w:jc w:val="center"/>
        </w:trPr>
        <w:tc>
          <w:tcPr>
            <w:tcW w:w="4988" w:type="dxa"/>
            <w:shd w:val="clear" w:color="auto" w:fill="FAFBFC"/>
          </w:tcPr>
          <w:p w14:paraId="493438B5" w14:textId="77777777" w:rsidR="00811958" w:rsidRDefault="00406A14">
            <w:pPr>
              <w:spacing w:after="0"/>
            </w:pPr>
            <w:r>
              <w:rPr>
                <w:color w:val="000000"/>
                <w:sz w:val="17"/>
              </w:rPr>
              <w:t>Operational excellence</w:t>
            </w:r>
          </w:p>
        </w:tc>
        <w:tc>
          <w:tcPr>
            <w:tcW w:w="4988" w:type="dxa"/>
            <w:shd w:val="clear" w:color="auto" w:fill="FAFBFC"/>
          </w:tcPr>
          <w:p w14:paraId="7370496C" w14:textId="77777777" w:rsidR="00811958" w:rsidRDefault="00406A14">
            <w:pPr>
              <w:spacing w:after="0"/>
            </w:pPr>
            <w:r>
              <w:rPr>
                <w:b/>
                <w:color w:val="000000"/>
                <w:sz w:val="17"/>
              </w:rPr>
              <w:t>20%</w:t>
            </w:r>
          </w:p>
        </w:tc>
      </w:tr>
      <w:tr w:rsidR="00811958" w14:paraId="6AA5CA76" w14:textId="77777777">
        <w:trPr>
          <w:jc w:val="center"/>
        </w:trPr>
        <w:tc>
          <w:tcPr>
            <w:tcW w:w="4988" w:type="dxa"/>
            <w:shd w:val="clear" w:color="auto" w:fill="FAFBFC"/>
          </w:tcPr>
          <w:p w14:paraId="49AEBF36" w14:textId="77777777" w:rsidR="00811958" w:rsidRDefault="00406A14">
            <w:pPr>
              <w:spacing w:after="0"/>
            </w:pPr>
            <w:r>
              <w:rPr>
                <w:color w:val="000000"/>
                <w:sz w:val="17"/>
              </w:rPr>
              <w:t>Innovation</w:t>
            </w:r>
          </w:p>
        </w:tc>
        <w:tc>
          <w:tcPr>
            <w:tcW w:w="4988" w:type="dxa"/>
            <w:shd w:val="clear" w:color="auto" w:fill="FAFBFC"/>
          </w:tcPr>
          <w:p w14:paraId="4FEA4D56" w14:textId="77777777" w:rsidR="00811958" w:rsidRDefault="00406A14">
            <w:pPr>
              <w:spacing w:after="0"/>
            </w:pPr>
            <w:r>
              <w:rPr>
                <w:b/>
                <w:color w:val="000000"/>
                <w:sz w:val="17"/>
              </w:rPr>
              <w:t>20%</w:t>
            </w:r>
          </w:p>
        </w:tc>
      </w:tr>
      <w:tr w:rsidR="00811958" w14:paraId="720E693C" w14:textId="77777777">
        <w:trPr>
          <w:jc w:val="center"/>
        </w:trPr>
        <w:tc>
          <w:tcPr>
            <w:tcW w:w="4988" w:type="dxa"/>
            <w:shd w:val="clear" w:color="auto" w:fill="FAFBFC"/>
          </w:tcPr>
          <w:p w14:paraId="7554F21F" w14:textId="77777777" w:rsidR="00811958" w:rsidRDefault="00406A14">
            <w:pPr>
              <w:spacing w:after="0"/>
            </w:pPr>
            <w:r>
              <w:rPr>
                <w:color w:val="000000"/>
                <w:sz w:val="17"/>
              </w:rPr>
              <w:t>Impact and results</w:t>
            </w:r>
          </w:p>
        </w:tc>
        <w:tc>
          <w:tcPr>
            <w:tcW w:w="4988" w:type="dxa"/>
            <w:shd w:val="clear" w:color="auto" w:fill="FAFBFC"/>
          </w:tcPr>
          <w:p w14:paraId="56D9869F" w14:textId="77777777" w:rsidR="00811958" w:rsidRDefault="00406A14">
            <w:pPr>
              <w:spacing w:after="0"/>
            </w:pPr>
            <w:r>
              <w:rPr>
                <w:b/>
                <w:color w:val="000000"/>
                <w:sz w:val="17"/>
              </w:rPr>
              <w:t>20%</w:t>
            </w:r>
          </w:p>
        </w:tc>
      </w:tr>
      <w:tr w:rsidR="00811958" w14:paraId="58345A83" w14:textId="77777777">
        <w:trPr>
          <w:jc w:val="center"/>
        </w:trPr>
        <w:tc>
          <w:tcPr>
            <w:tcW w:w="4988" w:type="dxa"/>
            <w:shd w:val="clear" w:color="auto" w:fill="FAFBFC"/>
          </w:tcPr>
          <w:p w14:paraId="2DE81D15" w14:textId="77777777" w:rsidR="00811958" w:rsidRDefault="00406A14">
            <w:pPr>
              <w:spacing w:after="0"/>
            </w:pPr>
            <w:r>
              <w:rPr>
                <w:color w:val="000000"/>
                <w:sz w:val="17"/>
              </w:rPr>
              <w:t>People and leadership</w:t>
            </w:r>
          </w:p>
        </w:tc>
        <w:tc>
          <w:tcPr>
            <w:tcW w:w="4988" w:type="dxa"/>
            <w:shd w:val="clear" w:color="auto" w:fill="FAFBFC"/>
          </w:tcPr>
          <w:p w14:paraId="3CB072E4" w14:textId="77777777" w:rsidR="00811958" w:rsidRDefault="00406A14">
            <w:pPr>
              <w:spacing w:after="0"/>
            </w:pPr>
            <w:r>
              <w:rPr>
                <w:b/>
                <w:color w:val="000000"/>
                <w:sz w:val="17"/>
              </w:rPr>
              <w:t>15%</w:t>
            </w:r>
          </w:p>
        </w:tc>
      </w:tr>
    </w:tbl>
    <w:p w14:paraId="6B812A94" w14:textId="77777777" w:rsidR="00811958" w:rsidRDefault="00811958">
      <w:pPr>
        <w:spacing w:after="40"/>
      </w:pPr>
    </w:p>
    <w:p w14:paraId="554B6B8C" w14:textId="77777777" w:rsidR="00811958" w:rsidRDefault="00406A14">
      <w:pPr>
        <w:spacing w:before="200" w:after="80"/>
      </w:pPr>
      <w:r>
        <w:rPr>
          <w:b/>
          <w:color w:val="0B1A2D"/>
          <w:sz w:val="22"/>
        </w:rPr>
        <w:t>A. Customer / occupier / resident experience (25%)</w:t>
      </w:r>
    </w:p>
    <w:p w14:paraId="4969B665" w14:textId="77777777" w:rsidR="00811958" w:rsidRDefault="00406A14">
      <w:pPr>
        <w:spacing w:after="40" w:line="252" w:lineRule="auto"/>
      </w:pPr>
      <w:r>
        <w:rPr>
          <w:color w:val="2C2F38"/>
          <w:sz w:val="17"/>
        </w:rPr>
        <w:t>Explain how your work improved the experience of residents, occupiers, building users, clients or customers. You may cover user needs, communication, engagement, feedback, service improvements, satisfaction, retention, complaints or qualitative feedback.</w:t>
      </w:r>
    </w:p>
    <w:p w14:paraId="7787270A" w14:textId="77777777" w:rsidR="00811958" w:rsidRDefault="00406A14">
      <w:pPr>
        <w:spacing w:before="200" w:after="80"/>
      </w:pPr>
      <w:r>
        <w:rPr>
          <w:b/>
          <w:color w:val="0B1A2D"/>
          <w:sz w:val="22"/>
        </w:rPr>
        <w:t>B. Operational excellence (20%)</w:t>
      </w:r>
    </w:p>
    <w:p w14:paraId="16F1AF7C" w14:textId="77777777" w:rsidR="00811958" w:rsidRDefault="00406A14">
      <w:pPr>
        <w:spacing w:after="40" w:line="252" w:lineRule="auto"/>
      </w:pPr>
      <w:r>
        <w:rPr>
          <w:color w:val="2C2F38"/>
          <w:sz w:val="17"/>
        </w:rPr>
        <w:t>Explain how you delivered strong day-to-day operational performance. You may cover compliance, risk, safety, governance, repairs, maintenance, FM, response times, SLA performance, financial stewardship, efficiency or commercial outcomes.</w:t>
      </w:r>
    </w:p>
    <w:p w14:paraId="50E5DD78" w14:textId="77777777" w:rsidR="00811958" w:rsidRDefault="00406A14">
      <w:pPr>
        <w:spacing w:before="200" w:after="80"/>
      </w:pPr>
      <w:r>
        <w:rPr>
          <w:b/>
          <w:color w:val="0B1A2D"/>
          <w:sz w:val="22"/>
        </w:rPr>
        <w:t>C. Innovation (20%)</w:t>
      </w:r>
    </w:p>
    <w:p w14:paraId="1D6E31FE" w14:textId="77777777" w:rsidR="00811958" w:rsidRDefault="00406A14">
      <w:pPr>
        <w:spacing w:after="40" w:line="252" w:lineRule="auto"/>
      </w:pPr>
      <w:r>
        <w:rPr>
          <w:color w:val="2C2F38"/>
          <w:sz w:val="17"/>
        </w:rPr>
        <w:t>Explain what is new, improved or distinctive about your approach. You may cover technologies, systems, digital tools, service models, operating processes, partnerships, implementation and scalability.</w:t>
      </w:r>
    </w:p>
    <w:p w14:paraId="2780983E" w14:textId="77777777" w:rsidR="00811958" w:rsidRDefault="00406A14">
      <w:pPr>
        <w:spacing w:before="200" w:after="80"/>
      </w:pPr>
      <w:r>
        <w:rPr>
          <w:b/>
          <w:color w:val="0B1A2D"/>
          <w:sz w:val="22"/>
        </w:rPr>
        <w:t>D. Impact and results (20%)</w:t>
      </w:r>
    </w:p>
    <w:p w14:paraId="0B5D5A7E" w14:textId="77777777" w:rsidR="00811958" w:rsidRDefault="00406A14">
      <w:pPr>
        <w:spacing w:after="40" w:line="252" w:lineRule="auto"/>
      </w:pPr>
      <w:r>
        <w:rPr>
          <w:color w:val="2C2F38"/>
          <w:sz w:val="17"/>
        </w:rPr>
        <w:t>Provide clear evidence of results. You may cover before-and-after performance, measurable improvements, customer, commercial, operational, ESG or people outcomes, and independent validation.</w:t>
      </w:r>
    </w:p>
    <w:p w14:paraId="176550B1" w14:textId="77777777" w:rsidR="00811958" w:rsidRDefault="00406A14">
      <w:pPr>
        <w:spacing w:before="200" w:after="80"/>
      </w:pPr>
      <w:r>
        <w:rPr>
          <w:b/>
          <w:color w:val="0B1A2D"/>
          <w:sz w:val="22"/>
        </w:rPr>
        <w:t>E. People and leadership (15%)</w:t>
      </w:r>
    </w:p>
    <w:p w14:paraId="24D563A1" w14:textId="77777777" w:rsidR="00811958" w:rsidRDefault="00406A14">
      <w:pPr>
        <w:spacing w:after="40" w:line="252" w:lineRule="auto"/>
      </w:pPr>
      <w:r>
        <w:rPr>
          <w:color w:val="2C2F38"/>
          <w:sz w:val="17"/>
        </w:rPr>
        <w:t>Explain the role of people, culture and leadership. You may cover team structure, leadership behaviours, collaboration, training, development, resilience, initiative or going above and beyond.</w:t>
      </w:r>
    </w:p>
    <w:p w14:paraId="295BDC59" w14:textId="1A7AC17C" w:rsidR="00811958" w:rsidRDefault="00406A14">
      <w:pPr>
        <w:keepNext/>
        <w:spacing w:before="80" w:after="20"/>
      </w:pPr>
      <w:r>
        <w:rPr>
          <w:b/>
          <w:color w:val="0B1A2D"/>
        </w:rPr>
        <w:lastRenderedPageBreak/>
        <w:t xml:space="preserve">Main written submission (maximum </w:t>
      </w:r>
      <w:r w:rsidR="00CD19D1">
        <w:rPr>
          <w:b/>
          <w:color w:val="0B1A2D"/>
        </w:rPr>
        <w:t>6</w:t>
      </w:r>
      <w:r>
        <w:rPr>
          <w:b/>
          <w:color w:val="0B1A2D"/>
        </w:rPr>
        <w:t>00-</w:t>
      </w:r>
      <w:r w:rsidR="00CD19D1">
        <w:rPr>
          <w:b/>
          <w:color w:val="0B1A2D"/>
        </w:rPr>
        <w:t>8</w:t>
      </w:r>
      <w:r>
        <w:rPr>
          <w:b/>
          <w:color w:val="0B1A2D"/>
        </w:rPr>
        <w:t>00 words)</w:t>
      </w:r>
    </w:p>
    <w:tbl>
      <w:tblPr>
        <w:tblW w:w="0" w:type="auto"/>
        <w:jc w:val="center"/>
        <w:tblLook w:val="04A0" w:firstRow="1" w:lastRow="0" w:firstColumn="1" w:lastColumn="0" w:noHBand="0" w:noVBand="1"/>
      </w:tblPr>
      <w:tblGrid>
        <w:gridCol w:w="9960"/>
      </w:tblGrid>
      <w:tr w:rsidR="00811958" w14:paraId="44D83A71" w14:textId="77777777">
        <w:trPr>
          <w:cantSplit/>
          <w:trHeight w:val="4752"/>
          <w:jc w:val="center"/>
        </w:trPr>
        <w:tc>
          <w:tcPr>
            <w:tcW w:w="9976" w:type="dxa"/>
            <w:tcBorders>
              <w:top w:val="single" w:sz="6" w:space="0" w:color="D8DEE8"/>
              <w:left w:val="single" w:sz="6" w:space="0" w:color="D8DEE8"/>
              <w:bottom w:val="single" w:sz="6" w:space="0" w:color="D8DEE8"/>
              <w:right w:val="single" w:sz="6" w:space="0" w:color="D8DEE8"/>
            </w:tcBorders>
            <w:shd w:val="clear" w:color="auto" w:fill="FAFBFC"/>
          </w:tcPr>
          <w:p w14:paraId="44211966" w14:textId="77777777" w:rsidR="00811958" w:rsidRDefault="00406A14">
            <w:pPr>
              <w:spacing w:after="0"/>
            </w:pPr>
            <w:r>
              <w:rPr>
                <w:i/>
                <w:color w:val="808080"/>
                <w:sz w:val="17"/>
              </w:rPr>
              <w:t>Type response here...</w:t>
            </w:r>
          </w:p>
        </w:tc>
      </w:tr>
    </w:tbl>
    <w:p w14:paraId="3646D978" w14:textId="77777777" w:rsidR="00811958" w:rsidRDefault="00811958">
      <w:pPr>
        <w:spacing w:after="40"/>
      </w:pPr>
    </w:p>
    <w:p w14:paraId="571190F5" w14:textId="77777777" w:rsidR="00811958" w:rsidRDefault="00406A14">
      <w:pPr>
        <w:shd w:val="clear" w:color="auto" w:fill="0B1A2D"/>
        <w:spacing w:before="280" w:after="160"/>
      </w:pPr>
      <w:r>
        <w:rPr>
          <w:b/>
          <w:color w:val="FFFFFF"/>
          <w:sz w:val="25"/>
        </w:rPr>
        <w:t xml:space="preserve">  6. Mandatory performance metrics</w:t>
      </w:r>
    </w:p>
    <w:p w14:paraId="57F2E1F7" w14:textId="77777777" w:rsidR="00811958" w:rsidRDefault="00406A14">
      <w:pPr>
        <w:spacing w:after="100" w:line="252" w:lineRule="auto"/>
      </w:pPr>
      <w:r>
        <w:rPr>
          <w:color w:val="2C2F38"/>
          <w:sz w:val="18"/>
        </w:rPr>
        <w:t>All entries must include measurable evidence. Please provide at least three performance metrics relevant to your category. Stronger entries are likely to include a mix of customer, operational, commercial, ESG and people-related evidence.</w:t>
      </w:r>
    </w:p>
    <w:tbl>
      <w:tblPr>
        <w:tblW w:w="0" w:type="auto"/>
        <w:jc w:val="center"/>
        <w:tblLook w:val="04A0" w:firstRow="1" w:lastRow="0" w:firstColumn="1" w:lastColumn="0" w:noHBand="0" w:noVBand="1"/>
      </w:tblPr>
      <w:tblGrid>
        <w:gridCol w:w="1992"/>
        <w:gridCol w:w="1992"/>
        <w:gridCol w:w="1992"/>
        <w:gridCol w:w="1992"/>
        <w:gridCol w:w="1992"/>
      </w:tblGrid>
      <w:tr w:rsidR="00811958" w14:paraId="3FAF7F66" w14:textId="77777777">
        <w:trPr>
          <w:jc w:val="center"/>
        </w:trPr>
        <w:tc>
          <w:tcPr>
            <w:tcW w:w="1995" w:type="dxa"/>
            <w:tcBorders>
              <w:top w:val="single" w:sz="6" w:space="0" w:color="D8DEE8"/>
              <w:left w:val="single" w:sz="6" w:space="0" w:color="D8DEE8"/>
              <w:bottom w:val="single" w:sz="6" w:space="0" w:color="D8DEE8"/>
              <w:right w:val="single" w:sz="6" w:space="0" w:color="D8DEE8"/>
            </w:tcBorders>
            <w:shd w:val="clear" w:color="auto" w:fill="0B1A2D"/>
            <w:vAlign w:val="center"/>
          </w:tcPr>
          <w:p w14:paraId="1BD3AE34" w14:textId="77777777" w:rsidR="00811958" w:rsidRDefault="00406A14">
            <w:pPr>
              <w:spacing w:after="0"/>
            </w:pPr>
            <w:r>
              <w:rPr>
                <w:b/>
                <w:color w:val="FFFFFF"/>
                <w:sz w:val="16"/>
              </w:rPr>
              <w:t>Metric</w:t>
            </w:r>
          </w:p>
        </w:tc>
        <w:tc>
          <w:tcPr>
            <w:tcW w:w="1995" w:type="dxa"/>
            <w:tcBorders>
              <w:top w:val="single" w:sz="6" w:space="0" w:color="D8DEE8"/>
              <w:left w:val="single" w:sz="6" w:space="0" w:color="D8DEE8"/>
              <w:bottom w:val="single" w:sz="6" w:space="0" w:color="D8DEE8"/>
              <w:right w:val="single" w:sz="6" w:space="0" w:color="D8DEE8"/>
            </w:tcBorders>
            <w:shd w:val="clear" w:color="auto" w:fill="0B1A2D"/>
            <w:vAlign w:val="center"/>
          </w:tcPr>
          <w:p w14:paraId="22CEC2D4" w14:textId="77777777" w:rsidR="00811958" w:rsidRDefault="00406A14">
            <w:pPr>
              <w:spacing w:after="0"/>
            </w:pPr>
            <w:r>
              <w:rPr>
                <w:b/>
                <w:color w:val="FFFFFF"/>
                <w:sz w:val="16"/>
              </w:rPr>
              <w:t>Baseline / previous position</w:t>
            </w:r>
          </w:p>
        </w:tc>
        <w:tc>
          <w:tcPr>
            <w:tcW w:w="1995" w:type="dxa"/>
            <w:tcBorders>
              <w:top w:val="single" w:sz="6" w:space="0" w:color="D8DEE8"/>
              <w:left w:val="single" w:sz="6" w:space="0" w:color="D8DEE8"/>
              <w:bottom w:val="single" w:sz="6" w:space="0" w:color="D8DEE8"/>
              <w:right w:val="single" w:sz="6" w:space="0" w:color="D8DEE8"/>
            </w:tcBorders>
            <w:shd w:val="clear" w:color="auto" w:fill="0B1A2D"/>
            <w:vAlign w:val="center"/>
          </w:tcPr>
          <w:p w14:paraId="711512DC" w14:textId="77777777" w:rsidR="00811958" w:rsidRDefault="00406A14">
            <w:pPr>
              <w:spacing w:after="0"/>
            </w:pPr>
            <w:r>
              <w:rPr>
                <w:b/>
                <w:color w:val="FFFFFF"/>
                <w:sz w:val="16"/>
              </w:rPr>
              <w:t>Current result</w:t>
            </w:r>
          </w:p>
        </w:tc>
        <w:tc>
          <w:tcPr>
            <w:tcW w:w="1995" w:type="dxa"/>
            <w:tcBorders>
              <w:top w:val="single" w:sz="6" w:space="0" w:color="D8DEE8"/>
              <w:left w:val="single" w:sz="6" w:space="0" w:color="D8DEE8"/>
              <w:bottom w:val="single" w:sz="6" w:space="0" w:color="D8DEE8"/>
              <w:right w:val="single" w:sz="6" w:space="0" w:color="D8DEE8"/>
            </w:tcBorders>
            <w:shd w:val="clear" w:color="auto" w:fill="0B1A2D"/>
            <w:vAlign w:val="center"/>
          </w:tcPr>
          <w:p w14:paraId="50816593" w14:textId="77777777" w:rsidR="00811958" w:rsidRDefault="00406A14">
            <w:pPr>
              <w:spacing w:after="0"/>
            </w:pPr>
            <w:r>
              <w:rPr>
                <w:b/>
                <w:color w:val="FFFFFF"/>
                <w:sz w:val="16"/>
              </w:rPr>
              <w:t>Time period</w:t>
            </w:r>
          </w:p>
        </w:tc>
        <w:tc>
          <w:tcPr>
            <w:tcW w:w="1995" w:type="dxa"/>
            <w:tcBorders>
              <w:top w:val="single" w:sz="6" w:space="0" w:color="D8DEE8"/>
              <w:left w:val="single" w:sz="6" w:space="0" w:color="D8DEE8"/>
              <w:bottom w:val="single" w:sz="6" w:space="0" w:color="D8DEE8"/>
              <w:right w:val="single" w:sz="6" w:space="0" w:color="D8DEE8"/>
            </w:tcBorders>
            <w:shd w:val="clear" w:color="auto" w:fill="0B1A2D"/>
            <w:vAlign w:val="center"/>
          </w:tcPr>
          <w:p w14:paraId="0F22A8B9" w14:textId="77777777" w:rsidR="00811958" w:rsidRDefault="00406A14">
            <w:pPr>
              <w:spacing w:after="0"/>
            </w:pPr>
            <w:r>
              <w:rPr>
                <w:b/>
                <w:color w:val="FFFFFF"/>
                <w:sz w:val="16"/>
              </w:rPr>
              <w:t>Evidence source</w:t>
            </w:r>
          </w:p>
        </w:tc>
      </w:tr>
      <w:tr w:rsidR="00811958" w14:paraId="348C5D51" w14:textId="77777777">
        <w:trPr>
          <w:jc w:val="center"/>
        </w:trPr>
        <w:tc>
          <w:tcPr>
            <w:tcW w:w="1995" w:type="dxa"/>
            <w:shd w:val="clear" w:color="auto" w:fill="EEF3F8"/>
          </w:tcPr>
          <w:p w14:paraId="4AB73CC1" w14:textId="77777777" w:rsidR="00811958" w:rsidRDefault="00406A14">
            <w:pPr>
              <w:spacing w:after="0"/>
            </w:pPr>
            <w:r>
              <w:rPr>
                <w:color w:val="000000"/>
                <w:sz w:val="15"/>
              </w:rPr>
              <w:t>Example: Resident satisfaction</w:t>
            </w:r>
          </w:p>
        </w:tc>
        <w:tc>
          <w:tcPr>
            <w:tcW w:w="1995" w:type="dxa"/>
            <w:shd w:val="clear" w:color="auto" w:fill="EEF3F8"/>
          </w:tcPr>
          <w:p w14:paraId="72A283A3" w14:textId="77777777" w:rsidR="00811958" w:rsidRDefault="00406A14">
            <w:pPr>
              <w:spacing w:after="0"/>
            </w:pPr>
            <w:r>
              <w:rPr>
                <w:color w:val="000000"/>
                <w:sz w:val="15"/>
              </w:rPr>
              <w:t>72%</w:t>
            </w:r>
          </w:p>
        </w:tc>
        <w:tc>
          <w:tcPr>
            <w:tcW w:w="1995" w:type="dxa"/>
            <w:shd w:val="clear" w:color="auto" w:fill="EEF3F8"/>
          </w:tcPr>
          <w:p w14:paraId="5FA10803" w14:textId="77777777" w:rsidR="00811958" w:rsidRDefault="00406A14">
            <w:pPr>
              <w:spacing w:after="0"/>
            </w:pPr>
            <w:r>
              <w:rPr>
                <w:color w:val="000000"/>
                <w:sz w:val="15"/>
              </w:rPr>
              <w:t>88%</w:t>
            </w:r>
          </w:p>
        </w:tc>
        <w:tc>
          <w:tcPr>
            <w:tcW w:w="1995" w:type="dxa"/>
            <w:shd w:val="clear" w:color="auto" w:fill="EEF3F8"/>
          </w:tcPr>
          <w:p w14:paraId="3FBD4869" w14:textId="77777777" w:rsidR="00811958" w:rsidRDefault="00406A14">
            <w:pPr>
              <w:spacing w:after="0"/>
            </w:pPr>
            <w:r>
              <w:rPr>
                <w:color w:val="000000"/>
                <w:sz w:val="15"/>
              </w:rPr>
              <w:t>Jan 2025-Jun 2026</w:t>
            </w:r>
          </w:p>
        </w:tc>
        <w:tc>
          <w:tcPr>
            <w:tcW w:w="1995" w:type="dxa"/>
            <w:shd w:val="clear" w:color="auto" w:fill="EEF3F8"/>
          </w:tcPr>
          <w:p w14:paraId="5B8FBE82" w14:textId="77777777" w:rsidR="00811958" w:rsidRDefault="00406A14">
            <w:pPr>
              <w:spacing w:after="0"/>
            </w:pPr>
            <w:r>
              <w:rPr>
                <w:color w:val="000000"/>
                <w:sz w:val="15"/>
              </w:rPr>
              <w:t>Annual survey</w:t>
            </w:r>
          </w:p>
        </w:tc>
      </w:tr>
      <w:tr w:rsidR="00811958" w14:paraId="1FC9418B" w14:textId="77777777">
        <w:trPr>
          <w:jc w:val="center"/>
        </w:trPr>
        <w:tc>
          <w:tcPr>
            <w:tcW w:w="1995" w:type="dxa"/>
            <w:shd w:val="clear" w:color="auto" w:fill="EEF3F8"/>
          </w:tcPr>
          <w:p w14:paraId="07E4A8F9" w14:textId="77777777" w:rsidR="00811958" w:rsidRDefault="00406A14">
            <w:pPr>
              <w:spacing w:after="0"/>
            </w:pPr>
            <w:r>
              <w:rPr>
                <w:color w:val="000000"/>
                <w:sz w:val="15"/>
              </w:rPr>
              <w:t>Example: Average repair response time</w:t>
            </w:r>
          </w:p>
        </w:tc>
        <w:tc>
          <w:tcPr>
            <w:tcW w:w="1995" w:type="dxa"/>
            <w:shd w:val="clear" w:color="auto" w:fill="EEF3F8"/>
          </w:tcPr>
          <w:p w14:paraId="6A3302F0" w14:textId="77777777" w:rsidR="00811958" w:rsidRDefault="00406A14">
            <w:pPr>
              <w:spacing w:after="0"/>
            </w:pPr>
            <w:r>
              <w:rPr>
                <w:color w:val="000000"/>
                <w:sz w:val="15"/>
              </w:rPr>
              <w:t>5.2 days</w:t>
            </w:r>
          </w:p>
        </w:tc>
        <w:tc>
          <w:tcPr>
            <w:tcW w:w="1995" w:type="dxa"/>
            <w:shd w:val="clear" w:color="auto" w:fill="EEF3F8"/>
          </w:tcPr>
          <w:p w14:paraId="4204B104" w14:textId="77777777" w:rsidR="00811958" w:rsidRDefault="00406A14">
            <w:pPr>
              <w:spacing w:after="0"/>
            </w:pPr>
            <w:r>
              <w:rPr>
                <w:color w:val="000000"/>
                <w:sz w:val="15"/>
              </w:rPr>
              <w:t>2.8 days</w:t>
            </w:r>
          </w:p>
        </w:tc>
        <w:tc>
          <w:tcPr>
            <w:tcW w:w="1995" w:type="dxa"/>
            <w:shd w:val="clear" w:color="auto" w:fill="EEF3F8"/>
          </w:tcPr>
          <w:p w14:paraId="4907BBA5" w14:textId="77777777" w:rsidR="00811958" w:rsidRDefault="00406A14">
            <w:pPr>
              <w:spacing w:after="0"/>
            </w:pPr>
            <w:r>
              <w:rPr>
                <w:color w:val="000000"/>
                <w:sz w:val="15"/>
              </w:rPr>
              <w:t>2025-2026</w:t>
            </w:r>
          </w:p>
        </w:tc>
        <w:tc>
          <w:tcPr>
            <w:tcW w:w="1995" w:type="dxa"/>
            <w:shd w:val="clear" w:color="auto" w:fill="EEF3F8"/>
          </w:tcPr>
          <w:p w14:paraId="48B696F0" w14:textId="77777777" w:rsidR="00811958" w:rsidRDefault="00406A14">
            <w:pPr>
              <w:spacing w:after="0"/>
            </w:pPr>
            <w:r>
              <w:rPr>
                <w:color w:val="000000"/>
                <w:sz w:val="15"/>
              </w:rPr>
              <w:t>Repairs dashboard</w:t>
            </w:r>
          </w:p>
        </w:tc>
      </w:tr>
      <w:tr w:rsidR="00811958" w14:paraId="6EBD5446" w14:textId="77777777">
        <w:trPr>
          <w:jc w:val="center"/>
        </w:trPr>
        <w:tc>
          <w:tcPr>
            <w:tcW w:w="1995" w:type="dxa"/>
            <w:shd w:val="clear" w:color="auto" w:fill="FAFBFC"/>
          </w:tcPr>
          <w:p w14:paraId="06E4287F" w14:textId="77777777" w:rsidR="00811958" w:rsidRDefault="00406A14">
            <w:pPr>
              <w:spacing w:after="0"/>
            </w:pPr>
            <w:r>
              <w:rPr>
                <w:i/>
                <w:color w:val="808080"/>
                <w:sz w:val="15"/>
              </w:rPr>
              <w:t>Type here</w:t>
            </w:r>
          </w:p>
        </w:tc>
        <w:tc>
          <w:tcPr>
            <w:tcW w:w="1995" w:type="dxa"/>
            <w:shd w:val="clear" w:color="auto" w:fill="FAFBFC"/>
          </w:tcPr>
          <w:p w14:paraId="79F2500C" w14:textId="77777777" w:rsidR="00811958" w:rsidRDefault="00406A14">
            <w:pPr>
              <w:spacing w:after="0"/>
            </w:pPr>
            <w:r>
              <w:rPr>
                <w:i/>
                <w:color w:val="808080"/>
                <w:sz w:val="15"/>
              </w:rPr>
              <w:t>Type here</w:t>
            </w:r>
          </w:p>
        </w:tc>
        <w:tc>
          <w:tcPr>
            <w:tcW w:w="1995" w:type="dxa"/>
            <w:shd w:val="clear" w:color="auto" w:fill="FAFBFC"/>
          </w:tcPr>
          <w:p w14:paraId="5FF5DA3D" w14:textId="77777777" w:rsidR="00811958" w:rsidRDefault="00406A14">
            <w:pPr>
              <w:spacing w:after="0"/>
            </w:pPr>
            <w:r>
              <w:rPr>
                <w:i/>
                <w:color w:val="808080"/>
                <w:sz w:val="15"/>
              </w:rPr>
              <w:t>Type here</w:t>
            </w:r>
          </w:p>
        </w:tc>
        <w:tc>
          <w:tcPr>
            <w:tcW w:w="1995" w:type="dxa"/>
            <w:shd w:val="clear" w:color="auto" w:fill="FAFBFC"/>
          </w:tcPr>
          <w:p w14:paraId="75C235FE" w14:textId="77777777" w:rsidR="00811958" w:rsidRDefault="00406A14">
            <w:pPr>
              <w:spacing w:after="0"/>
            </w:pPr>
            <w:r>
              <w:rPr>
                <w:i/>
                <w:color w:val="808080"/>
                <w:sz w:val="15"/>
              </w:rPr>
              <w:t>Type here</w:t>
            </w:r>
          </w:p>
        </w:tc>
        <w:tc>
          <w:tcPr>
            <w:tcW w:w="1995" w:type="dxa"/>
            <w:shd w:val="clear" w:color="auto" w:fill="FAFBFC"/>
          </w:tcPr>
          <w:p w14:paraId="369E3754" w14:textId="77777777" w:rsidR="00811958" w:rsidRDefault="00406A14">
            <w:pPr>
              <w:spacing w:after="0"/>
            </w:pPr>
            <w:r>
              <w:rPr>
                <w:i/>
                <w:color w:val="808080"/>
                <w:sz w:val="15"/>
              </w:rPr>
              <w:t>Type here</w:t>
            </w:r>
          </w:p>
        </w:tc>
      </w:tr>
      <w:tr w:rsidR="00811958" w14:paraId="296A4381" w14:textId="77777777">
        <w:trPr>
          <w:jc w:val="center"/>
        </w:trPr>
        <w:tc>
          <w:tcPr>
            <w:tcW w:w="1995" w:type="dxa"/>
            <w:shd w:val="clear" w:color="auto" w:fill="FAFBFC"/>
          </w:tcPr>
          <w:p w14:paraId="7056FB8F" w14:textId="77777777" w:rsidR="00811958" w:rsidRDefault="00406A14">
            <w:pPr>
              <w:spacing w:after="0"/>
            </w:pPr>
            <w:r>
              <w:rPr>
                <w:i/>
                <w:color w:val="808080"/>
                <w:sz w:val="15"/>
              </w:rPr>
              <w:t>Type here</w:t>
            </w:r>
          </w:p>
        </w:tc>
        <w:tc>
          <w:tcPr>
            <w:tcW w:w="1995" w:type="dxa"/>
            <w:shd w:val="clear" w:color="auto" w:fill="FAFBFC"/>
          </w:tcPr>
          <w:p w14:paraId="53FDA026" w14:textId="77777777" w:rsidR="00811958" w:rsidRDefault="00406A14">
            <w:pPr>
              <w:spacing w:after="0"/>
            </w:pPr>
            <w:r>
              <w:rPr>
                <w:i/>
                <w:color w:val="808080"/>
                <w:sz w:val="15"/>
              </w:rPr>
              <w:t>Type here</w:t>
            </w:r>
          </w:p>
        </w:tc>
        <w:tc>
          <w:tcPr>
            <w:tcW w:w="1995" w:type="dxa"/>
            <w:shd w:val="clear" w:color="auto" w:fill="FAFBFC"/>
          </w:tcPr>
          <w:p w14:paraId="43F5ADBE" w14:textId="77777777" w:rsidR="00811958" w:rsidRDefault="00406A14">
            <w:pPr>
              <w:spacing w:after="0"/>
            </w:pPr>
            <w:r>
              <w:rPr>
                <w:i/>
                <w:color w:val="808080"/>
                <w:sz w:val="15"/>
              </w:rPr>
              <w:t>Type here</w:t>
            </w:r>
          </w:p>
        </w:tc>
        <w:tc>
          <w:tcPr>
            <w:tcW w:w="1995" w:type="dxa"/>
            <w:shd w:val="clear" w:color="auto" w:fill="FAFBFC"/>
          </w:tcPr>
          <w:p w14:paraId="431726FE" w14:textId="77777777" w:rsidR="00811958" w:rsidRDefault="00406A14">
            <w:pPr>
              <w:spacing w:after="0"/>
            </w:pPr>
            <w:r>
              <w:rPr>
                <w:i/>
                <w:color w:val="808080"/>
                <w:sz w:val="15"/>
              </w:rPr>
              <w:t>Type here</w:t>
            </w:r>
          </w:p>
        </w:tc>
        <w:tc>
          <w:tcPr>
            <w:tcW w:w="1995" w:type="dxa"/>
            <w:shd w:val="clear" w:color="auto" w:fill="FAFBFC"/>
          </w:tcPr>
          <w:p w14:paraId="6A3FB75C" w14:textId="77777777" w:rsidR="00811958" w:rsidRDefault="00406A14">
            <w:pPr>
              <w:spacing w:after="0"/>
            </w:pPr>
            <w:r>
              <w:rPr>
                <w:i/>
                <w:color w:val="808080"/>
                <w:sz w:val="15"/>
              </w:rPr>
              <w:t>Type here</w:t>
            </w:r>
          </w:p>
        </w:tc>
      </w:tr>
      <w:tr w:rsidR="00811958" w14:paraId="067719F7" w14:textId="77777777">
        <w:trPr>
          <w:jc w:val="center"/>
        </w:trPr>
        <w:tc>
          <w:tcPr>
            <w:tcW w:w="1995" w:type="dxa"/>
            <w:shd w:val="clear" w:color="auto" w:fill="FAFBFC"/>
          </w:tcPr>
          <w:p w14:paraId="6CAC61BC" w14:textId="77777777" w:rsidR="00811958" w:rsidRDefault="00406A14">
            <w:pPr>
              <w:spacing w:after="0"/>
            </w:pPr>
            <w:r>
              <w:rPr>
                <w:i/>
                <w:color w:val="808080"/>
                <w:sz w:val="15"/>
              </w:rPr>
              <w:t>Type here</w:t>
            </w:r>
          </w:p>
        </w:tc>
        <w:tc>
          <w:tcPr>
            <w:tcW w:w="1995" w:type="dxa"/>
            <w:shd w:val="clear" w:color="auto" w:fill="FAFBFC"/>
          </w:tcPr>
          <w:p w14:paraId="2C2E5A24" w14:textId="77777777" w:rsidR="00811958" w:rsidRDefault="00406A14">
            <w:pPr>
              <w:spacing w:after="0"/>
            </w:pPr>
            <w:r>
              <w:rPr>
                <w:i/>
                <w:color w:val="808080"/>
                <w:sz w:val="15"/>
              </w:rPr>
              <w:t>Type here</w:t>
            </w:r>
          </w:p>
        </w:tc>
        <w:tc>
          <w:tcPr>
            <w:tcW w:w="1995" w:type="dxa"/>
            <w:shd w:val="clear" w:color="auto" w:fill="FAFBFC"/>
          </w:tcPr>
          <w:p w14:paraId="0944DFD6" w14:textId="77777777" w:rsidR="00811958" w:rsidRDefault="00406A14">
            <w:pPr>
              <w:spacing w:after="0"/>
            </w:pPr>
            <w:r>
              <w:rPr>
                <w:i/>
                <w:color w:val="808080"/>
                <w:sz w:val="15"/>
              </w:rPr>
              <w:t>Type here</w:t>
            </w:r>
          </w:p>
        </w:tc>
        <w:tc>
          <w:tcPr>
            <w:tcW w:w="1995" w:type="dxa"/>
            <w:shd w:val="clear" w:color="auto" w:fill="FAFBFC"/>
          </w:tcPr>
          <w:p w14:paraId="324BD688" w14:textId="77777777" w:rsidR="00811958" w:rsidRDefault="00406A14">
            <w:pPr>
              <w:spacing w:after="0"/>
            </w:pPr>
            <w:r>
              <w:rPr>
                <w:i/>
                <w:color w:val="808080"/>
                <w:sz w:val="15"/>
              </w:rPr>
              <w:t>Type here</w:t>
            </w:r>
          </w:p>
        </w:tc>
        <w:tc>
          <w:tcPr>
            <w:tcW w:w="1995" w:type="dxa"/>
            <w:shd w:val="clear" w:color="auto" w:fill="FAFBFC"/>
          </w:tcPr>
          <w:p w14:paraId="2271E551" w14:textId="77777777" w:rsidR="00811958" w:rsidRDefault="00406A14">
            <w:pPr>
              <w:spacing w:after="0"/>
            </w:pPr>
            <w:r>
              <w:rPr>
                <w:i/>
                <w:color w:val="808080"/>
                <w:sz w:val="15"/>
              </w:rPr>
              <w:t>Type here</w:t>
            </w:r>
          </w:p>
        </w:tc>
      </w:tr>
    </w:tbl>
    <w:p w14:paraId="222BBB6D" w14:textId="77777777" w:rsidR="00811958" w:rsidRDefault="00811958">
      <w:pPr>
        <w:spacing w:after="40"/>
      </w:pPr>
    </w:p>
    <w:p w14:paraId="02C1FBE6" w14:textId="77777777" w:rsidR="00811958" w:rsidRDefault="00406A14">
      <w:pPr>
        <w:spacing w:after="100" w:line="252" w:lineRule="auto"/>
      </w:pPr>
      <w:r>
        <w:rPr>
          <w:i/>
          <w:color w:val="2C2F38"/>
          <w:sz w:val="16"/>
        </w:rPr>
        <w:t>Suggested metrics include satisfaction scores, Net Promoter Score, complaint trends, repairs response times, SLA achievement, compliance performance, health and safety performance, occupancy / void rates, retention rates, arrears reduction, energy or carbon reduction, waste diversion, water savings, cost efficiencies, engagement levels, event participation, team retention and training completion.</w:t>
      </w:r>
    </w:p>
    <w:p w14:paraId="66E95BFA" w14:textId="77777777" w:rsidR="00811958" w:rsidRDefault="00406A14">
      <w:pPr>
        <w:pageBreakBefore/>
        <w:shd w:val="clear" w:color="auto" w:fill="0B1A2D"/>
        <w:spacing w:before="280" w:after="160"/>
      </w:pPr>
      <w:r>
        <w:rPr>
          <w:b/>
          <w:color w:val="FFFFFF"/>
          <w:sz w:val="25"/>
        </w:rPr>
        <w:lastRenderedPageBreak/>
        <w:t xml:space="preserve">  7. Independent testimonial</w:t>
      </w:r>
    </w:p>
    <w:p w14:paraId="217A7338" w14:textId="77777777" w:rsidR="00811958" w:rsidRDefault="00406A14">
      <w:pPr>
        <w:spacing w:after="100" w:line="252" w:lineRule="auto"/>
      </w:pPr>
      <w:r>
        <w:rPr>
          <w:color w:val="2C2F38"/>
          <w:sz w:val="18"/>
        </w:rPr>
        <w:t>Each entry must include at least one independent testimonial from a client, resident, occupier, customer, supplier partner, senior stakeholder or other credible third party who can validate the claims made in the entry.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84"/>
        <w:gridCol w:w="6408"/>
      </w:tblGrid>
      <w:tr w:rsidR="00811958" w14:paraId="77D6E354" w14:textId="77777777" w:rsidTr="00CD19D1">
        <w:trPr>
          <w:jc w:val="center"/>
        </w:trPr>
        <w:tc>
          <w:tcPr>
            <w:tcW w:w="3384" w:type="dxa"/>
            <w:shd w:val="clear" w:color="auto" w:fill="EEF3F8"/>
            <w:vAlign w:val="center"/>
          </w:tcPr>
          <w:p w14:paraId="71A2FD50" w14:textId="77777777" w:rsidR="00811958" w:rsidRDefault="00406A14">
            <w:pPr>
              <w:spacing w:after="0"/>
            </w:pPr>
            <w:r>
              <w:rPr>
                <w:b/>
                <w:color w:val="0B1A2D"/>
                <w:sz w:val="18"/>
              </w:rPr>
              <w:t>Testimonial provider name</w:t>
            </w:r>
          </w:p>
        </w:tc>
        <w:tc>
          <w:tcPr>
            <w:tcW w:w="6408" w:type="dxa"/>
            <w:shd w:val="clear" w:color="auto" w:fill="FAFBFC"/>
            <w:vAlign w:val="center"/>
          </w:tcPr>
          <w:p w14:paraId="14DCDB54" w14:textId="77777777" w:rsidR="00811958" w:rsidRDefault="00406A14">
            <w:pPr>
              <w:spacing w:after="0"/>
            </w:pPr>
            <w:r>
              <w:rPr>
                <w:i/>
                <w:color w:val="808080"/>
                <w:sz w:val="17"/>
              </w:rPr>
              <w:t>Type here</w:t>
            </w:r>
          </w:p>
        </w:tc>
      </w:tr>
      <w:tr w:rsidR="00811958" w14:paraId="0F63248C" w14:textId="77777777" w:rsidTr="00CD19D1">
        <w:trPr>
          <w:jc w:val="center"/>
        </w:trPr>
        <w:tc>
          <w:tcPr>
            <w:tcW w:w="3384" w:type="dxa"/>
            <w:shd w:val="clear" w:color="auto" w:fill="EEF3F8"/>
            <w:vAlign w:val="center"/>
          </w:tcPr>
          <w:p w14:paraId="09DC081A" w14:textId="77777777" w:rsidR="00811958" w:rsidRDefault="00406A14">
            <w:pPr>
              <w:spacing w:after="0"/>
            </w:pPr>
            <w:r>
              <w:rPr>
                <w:b/>
                <w:color w:val="0B1A2D"/>
                <w:sz w:val="18"/>
              </w:rPr>
              <w:t>Organisation</w:t>
            </w:r>
          </w:p>
        </w:tc>
        <w:tc>
          <w:tcPr>
            <w:tcW w:w="6408" w:type="dxa"/>
            <w:shd w:val="clear" w:color="auto" w:fill="FAFBFC"/>
            <w:vAlign w:val="center"/>
          </w:tcPr>
          <w:p w14:paraId="592F8737" w14:textId="77777777" w:rsidR="00811958" w:rsidRDefault="00406A14">
            <w:pPr>
              <w:spacing w:after="0"/>
            </w:pPr>
            <w:r>
              <w:rPr>
                <w:i/>
                <w:color w:val="808080"/>
                <w:sz w:val="17"/>
              </w:rPr>
              <w:t>Type here</w:t>
            </w:r>
          </w:p>
        </w:tc>
      </w:tr>
      <w:tr w:rsidR="00811958" w14:paraId="6D422E5D" w14:textId="77777777" w:rsidTr="00CD19D1">
        <w:trPr>
          <w:jc w:val="center"/>
        </w:trPr>
        <w:tc>
          <w:tcPr>
            <w:tcW w:w="3384" w:type="dxa"/>
            <w:shd w:val="clear" w:color="auto" w:fill="EEF3F8"/>
            <w:vAlign w:val="center"/>
          </w:tcPr>
          <w:p w14:paraId="697DC0FC" w14:textId="77777777" w:rsidR="00811958" w:rsidRDefault="00406A14">
            <w:pPr>
              <w:spacing w:after="0"/>
            </w:pPr>
            <w:r>
              <w:rPr>
                <w:b/>
                <w:color w:val="0B1A2D"/>
                <w:sz w:val="18"/>
              </w:rPr>
              <w:t>Job title / relationship to entry</w:t>
            </w:r>
          </w:p>
        </w:tc>
        <w:tc>
          <w:tcPr>
            <w:tcW w:w="6408" w:type="dxa"/>
            <w:shd w:val="clear" w:color="auto" w:fill="FAFBFC"/>
            <w:vAlign w:val="center"/>
          </w:tcPr>
          <w:p w14:paraId="1861713F" w14:textId="77777777" w:rsidR="00811958" w:rsidRDefault="00406A14">
            <w:pPr>
              <w:spacing w:after="0"/>
            </w:pPr>
            <w:r>
              <w:rPr>
                <w:i/>
                <w:color w:val="808080"/>
                <w:sz w:val="17"/>
              </w:rPr>
              <w:t>Type here</w:t>
            </w:r>
          </w:p>
        </w:tc>
      </w:tr>
      <w:tr w:rsidR="00811958" w14:paraId="36C9120C" w14:textId="77777777" w:rsidTr="00CD19D1">
        <w:trPr>
          <w:jc w:val="center"/>
        </w:trPr>
        <w:tc>
          <w:tcPr>
            <w:tcW w:w="3384" w:type="dxa"/>
            <w:shd w:val="clear" w:color="auto" w:fill="EEF3F8"/>
            <w:vAlign w:val="center"/>
          </w:tcPr>
          <w:p w14:paraId="1EF993A2" w14:textId="77777777" w:rsidR="00811958" w:rsidRDefault="00406A14">
            <w:pPr>
              <w:spacing w:after="0"/>
            </w:pPr>
            <w:r>
              <w:rPr>
                <w:b/>
                <w:color w:val="0B1A2D"/>
                <w:sz w:val="18"/>
              </w:rPr>
              <w:t>Email address</w:t>
            </w:r>
          </w:p>
        </w:tc>
        <w:tc>
          <w:tcPr>
            <w:tcW w:w="6408" w:type="dxa"/>
            <w:shd w:val="clear" w:color="auto" w:fill="FAFBFC"/>
            <w:vAlign w:val="center"/>
          </w:tcPr>
          <w:p w14:paraId="67A16C6A" w14:textId="77777777" w:rsidR="00811958" w:rsidRDefault="00406A14">
            <w:pPr>
              <w:spacing w:after="0"/>
            </w:pPr>
            <w:r>
              <w:rPr>
                <w:color w:val="000000"/>
                <w:sz w:val="18"/>
              </w:rPr>
              <w:t>For verification only</w:t>
            </w:r>
          </w:p>
        </w:tc>
      </w:tr>
      <w:tr w:rsidR="00811958" w14:paraId="32BA12E3" w14:textId="77777777" w:rsidTr="00CD19D1">
        <w:trPr>
          <w:jc w:val="center"/>
        </w:trPr>
        <w:tc>
          <w:tcPr>
            <w:tcW w:w="3384" w:type="dxa"/>
            <w:shd w:val="clear" w:color="auto" w:fill="EEF3F8"/>
            <w:vAlign w:val="center"/>
          </w:tcPr>
          <w:p w14:paraId="5AC633A5" w14:textId="77777777" w:rsidR="00811958" w:rsidRDefault="00406A14">
            <w:pPr>
              <w:spacing w:after="0"/>
            </w:pPr>
            <w:r>
              <w:rPr>
                <w:b/>
                <w:color w:val="0B1A2D"/>
                <w:sz w:val="18"/>
              </w:rPr>
              <w:t>Phone number</w:t>
            </w:r>
          </w:p>
        </w:tc>
        <w:tc>
          <w:tcPr>
            <w:tcW w:w="6408" w:type="dxa"/>
            <w:shd w:val="clear" w:color="auto" w:fill="FAFBFC"/>
            <w:vAlign w:val="center"/>
          </w:tcPr>
          <w:p w14:paraId="00B82041" w14:textId="77777777" w:rsidR="00811958" w:rsidRDefault="00406A14">
            <w:pPr>
              <w:spacing w:after="0"/>
            </w:pPr>
            <w:r>
              <w:rPr>
                <w:i/>
                <w:color w:val="808080"/>
                <w:sz w:val="17"/>
              </w:rPr>
              <w:t>Type here</w:t>
            </w:r>
          </w:p>
        </w:tc>
      </w:tr>
    </w:tbl>
    <w:p w14:paraId="27736DED" w14:textId="77777777" w:rsidR="00811958" w:rsidRDefault="00811958">
      <w:pPr>
        <w:spacing w:after="40"/>
      </w:pPr>
    </w:p>
    <w:p w14:paraId="124CEBD0" w14:textId="77777777" w:rsidR="00811958" w:rsidRDefault="00406A14">
      <w:pPr>
        <w:keepNext/>
        <w:spacing w:before="80" w:after="20"/>
      </w:pPr>
      <w:r>
        <w:rPr>
          <w:b/>
          <w:color w:val="0B1A2D"/>
        </w:rPr>
        <w:t>Testimonial statement (maximum 250 words)</w:t>
      </w:r>
    </w:p>
    <w:tbl>
      <w:tblPr>
        <w:tblW w:w="0" w:type="auto"/>
        <w:jc w:val="center"/>
        <w:tblLook w:val="04A0" w:firstRow="1" w:lastRow="0" w:firstColumn="1" w:lastColumn="0" w:noHBand="0" w:noVBand="1"/>
      </w:tblPr>
      <w:tblGrid>
        <w:gridCol w:w="9960"/>
      </w:tblGrid>
      <w:tr w:rsidR="00811958" w14:paraId="7BC9328B" w14:textId="77777777">
        <w:trPr>
          <w:cantSplit/>
          <w:trHeight w:val="2088"/>
          <w:jc w:val="center"/>
        </w:trPr>
        <w:tc>
          <w:tcPr>
            <w:tcW w:w="9976" w:type="dxa"/>
            <w:tcBorders>
              <w:top w:val="single" w:sz="6" w:space="0" w:color="D8DEE8"/>
              <w:left w:val="single" w:sz="6" w:space="0" w:color="D8DEE8"/>
              <w:bottom w:val="single" w:sz="6" w:space="0" w:color="D8DEE8"/>
              <w:right w:val="single" w:sz="6" w:space="0" w:color="D8DEE8"/>
            </w:tcBorders>
            <w:shd w:val="clear" w:color="auto" w:fill="FAFBFC"/>
          </w:tcPr>
          <w:p w14:paraId="2BFF4A11" w14:textId="77777777" w:rsidR="00811958" w:rsidRDefault="00406A14">
            <w:pPr>
              <w:spacing w:after="0"/>
            </w:pPr>
            <w:r>
              <w:rPr>
                <w:i/>
                <w:color w:val="808080"/>
                <w:sz w:val="17"/>
              </w:rPr>
              <w:t>Type response here...</w:t>
            </w:r>
          </w:p>
        </w:tc>
      </w:tr>
    </w:tbl>
    <w:p w14:paraId="70A5082D" w14:textId="77777777" w:rsidR="00811958" w:rsidRDefault="00811958">
      <w:pPr>
        <w:spacing w:after="40"/>
      </w:pPr>
    </w:p>
    <w:p w14:paraId="06378A61" w14:textId="77777777" w:rsidR="00811958" w:rsidRDefault="00406A14">
      <w:pPr>
        <w:spacing w:after="100" w:line="252" w:lineRule="auto"/>
      </w:pPr>
      <w:r>
        <w:rPr>
          <w:b/>
          <w:color w:val="0B1A2D"/>
          <w:sz w:val="18"/>
        </w:rPr>
        <w:t>Permission confirmation:</w:t>
      </w:r>
    </w:p>
    <w:p w14:paraId="1BC47199"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I confirm that the testimonial provider has approved this statement for submission.</w:t>
      </w:r>
    </w:p>
    <w:p w14:paraId="5A46C390"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I confirm that the testimonial may be used by judges to verify the entry.</w:t>
      </w:r>
    </w:p>
    <w:tbl>
      <w:tblPr>
        <w:tblW w:w="0" w:type="auto"/>
        <w:jc w:val="center"/>
        <w:tblLayout w:type="fixed"/>
        <w:tblLook w:val="04A0" w:firstRow="1" w:lastRow="0" w:firstColumn="1" w:lastColumn="0" w:noHBand="0" w:noVBand="1"/>
      </w:tblPr>
      <w:tblGrid>
        <w:gridCol w:w="3384"/>
        <w:gridCol w:w="6408"/>
      </w:tblGrid>
      <w:tr w:rsidR="00811958" w14:paraId="2E754417" w14:textId="77777777">
        <w:trPr>
          <w:jc w:val="center"/>
        </w:trPr>
        <w:tc>
          <w:tcPr>
            <w:tcW w:w="3384" w:type="dxa"/>
            <w:shd w:val="clear" w:color="auto" w:fill="EEF3F8"/>
            <w:vAlign w:val="center"/>
          </w:tcPr>
          <w:p w14:paraId="67C94201" w14:textId="77777777" w:rsidR="00811958" w:rsidRDefault="00406A14">
            <w:pPr>
              <w:spacing w:after="0"/>
            </w:pPr>
            <w:r>
              <w:rPr>
                <w:b/>
                <w:color w:val="0B1A2D"/>
                <w:sz w:val="18"/>
              </w:rPr>
              <w:t>Public use permission</w:t>
            </w:r>
          </w:p>
        </w:tc>
        <w:tc>
          <w:tcPr>
            <w:tcW w:w="6408" w:type="dxa"/>
            <w:shd w:val="clear" w:color="auto" w:fill="FAFBFC"/>
            <w:vAlign w:val="center"/>
          </w:tcPr>
          <w:p w14:paraId="2EF60046" w14:textId="1C1C9DB2" w:rsidR="00811958" w:rsidRPr="00CD19D1" w:rsidRDefault="00406A14">
            <w:pPr>
              <w:spacing w:after="0"/>
              <w:rPr>
                <w:b/>
                <w:bCs/>
              </w:rPr>
            </w:pPr>
            <w:r>
              <w:rPr>
                <w:color w:val="000000"/>
                <w:sz w:val="18"/>
              </w:rPr>
              <w:t>Yes, the testimonial may be used publicly / Yes, but only with prior approval / No, for judging purposes only</w:t>
            </w:r>
            <w:r w:rsidR="00CD19D1">
              <w:rPr>
                <w:color w:val="000000"/>
                <w:sz w:val="18"/>
              </w:rPr>
              <w:t xml:space="preserve"> (</w:t>
            </w:r>
            <w:r w:rsidR="00CD19D1">
              <w:rPr>
                <w:b/>
                <w:bCs/>
                <w:color w:val="000000"/>
                <w:sz w:val="18"/>
              </w:rPr>
              <w:t>delete as appropriate)</w:t>
            </w:r>
          </w:p>
        </w:tc>
      </w:tr>
    </w:tbl>
    <w:p w14:paraId="63C1E4D8" w14:textId="77777777" w:rsidR="00811958" w:rsidRDefault="00811958">
      <w:pPr>
        <w:spacing w:after="40"/>
      </w:pPr>
    </w:p>
    <w:p w14:paraId="20751F0B" w14:textId="77777777" w:rsidR="00811958" w:rsidRDefault="00406A14">
      <w:pPr>
        <w:shd w:val="clear" w:color="auto" w:fill="0B1A2D"/>
        <w:spacing w:before="280" w:after="160"/>
      </w:pPr>
      <w:r>
        <w:rPr>
          <w:b/>
          <w:color w:val="FFFFFF"/>
          <w:sz w:val="25"/>
        </w:rPr>
        <w:t xml:space="preserve">  8. Supporting evidence</w:t>
      </w:r>
    </w:p>
    <w:p w14:paraId="61B72146" w14:textId="77777777" w:rsidR="00CD19D1" w:rsidRDefault="00CD19D1" w:rsidP="00CD19D1">
      <w:pPr>
        <w:spacing w:after="40"/>
      </w:pPr>
      <w:r>
        <w:t>Please upload supporting evidence to help judges verify your entry.</w:t>
      </w:r>
    </w:p>
    <w:p w14:paraId="49847829" w14:textId="77777777" w:rsidR="00CD19D1" w:rsidRDefault="00CD19D1" w:rsidP="00CD19D1">
      <w:pPr>
        <w:spacing w:after="40"/>
      </w:pPr>
    </w:p>
    <w:p w14:paraId="7A028ECA" w14:textId="77777777" w:rsidR="00CD19D1" w:rsidRDefault="00CD19D1" w:rsidP="00CD19D1">
      <w:pPr>
        <w:spacing w:after="40"/>
      </w:pPr>
      <w:r>
        <w:t xml:space="preserve">We recommend uploading one core PDF containing your most relevant evidence. </w:t>
      </w:r>
    </w:p>
    <w:p w14:paraId="4F2CC9AD" w14:textId="77777777" w:rsidR="00CD19D1" w:rsidRDefault="00CD19D1" w:rsidP="00CD19D1">
      <w:pPr>
        <w:spacing w:after="40"/>
      </w:pPr>
    </w:p>
    <w:p w14:paraId="0441DA14" w14:textId="77777777" w:rsidR="00CD19D1" w:rsidRDefault="00CD19D1" w:rsidP="00CD19D1">
      <w:pPr>
        <w:spacing w:after="40"/>
      </w:pPr>
      <w:r>
        <w:t xml:space="preserve">Additional files are optional and should only be used where necessary. </w:t>
      </w:r>
    </w:p>
    <w:p w14:paraId="6D57D7C7" w14:textId="77777777" w:rsidR="00CD19D1" w:rsidRDefault="00CD19D1" w:rsidP="00CD19D1">
      <w:pPr>
        <w:spacing w:after="40"/>
      </w:pPr>
    </w:p>
    <w:p w14:paraId="5DFDD511" w14:textId="77777777" w:rsidR="00CD19D1" w:rsidRDefault="00CD19D1" w:rsidP="00CD19D1">
      <w:pPr>
        <w:spacing w:after="40"/>
      </w:pPr>
      <w:r>
        <w:t>Suggested evidence may include KPI dashboards, survey results, client reports, occupier or resident feedback, case studies, ESG reports, photographs of operational initiatives, screenshots of technology platforms, service performance reports, certificates or compliance evidence, media coverage or letters of support.</w:t>
      </w:r>
    </w:p>
    <w:p w14:paraId="6DE3DD0B" w14:textId="77777777" w:rsidR="00CD19D1" w:rsidRDefault="00CD19D1" w:rsidP="00CD19D1">
      <w:pPr>
        <w:spacing w:after="40"/>
      </w:pPr>
    </w:p>
    <w:p w14:paraId="59A3D01A" w14:textId="228CCEB4" w:rsidR="00CD19D1" w:rsidRDefault="00CD19D1" w:rsidP="00CD19D1">
      <w:pPr>
        <w:spacing w:after="40"/>
      </w:pPr>
      <w:r>
        <w:t>P</w:t>
      </w:r>
      <w:r>
        <w:t xml:space="preserve">lease email your supporting information to </w:t>
      </w:r>
      <w:hyperlink r:id="rId10" w:history="1">
        <w:r w:rsidRPr="00481060">
          <w:rPr>
            <w:rStyle w:val="Hyperlink"/>
          </w:rPr>
          <w:t>nina.holmes@newsquest.co.uk</w:t>
        </w:r>
      </w:hyperlink>
      <w:r>
        <w:t xml:space="preserve"> alongside your completed application.</w:t>
      </w:r>
    </w:p>
    <w:p w14:paraId="7C735EDE" w14:textId="77777777" w:rsidR="00CD19D1" w:rsidRDefault="00CD19D1" w:rsidP="00CD19D1">
      <w:pPr>
        <w:spacing w:after="40"/>
      </w:pPr>
    </w:p>
    <w:p w14:paraId="01FDBDE2" w14:textId="74673B8B" w:rsidR="00811958" w:rsidRPr="00CD19D1" w:rsidRDefault="00CD19D1" w:rsidP="00CD19D1">
      <w:pPr>
        <w:spacing w:after="40"/>
        <w:rPr>
          <w:i/>
          <w:iCs/>
        </w:rPr>
      </w:pPr>
      <w:r w:rsidRPr="00CD19D1">
        <w:rPr>
          <w:i/>
          <w:iCs/>
        </w:rPr>
        <w:t>Please ensure all file name</w:t>
      </w:r>
      <w:r>
        <w:rPr>
          <w:i/>
          <w:iCs/>
        </w:rPr>
        <w:t>s</w:t>
      </w:r>
      <w:r w:rsidRPr="00CD19D1">
        <w:rPr>
          <w:i/>
          <w:iCs/>
        </w:rPr>
        <w:t xml:space="preserve"> are saved with your company name at the start.</w:t>
      </w:r>
    </w:p>
    <w:p w14:paraId="4CB74595" w14:textId="59581410" w:rsidR="00811958" w:rsidRDefault="00406A14">
      <w:pPr>
        <w:pageBreakBefore/>
        <w:shd w:val="clear" w:color="auto" w:fill="0B1A2D"/>
        <w:spacing w:before="280" w:after="160"/>
      </w:pPr>
      <w:r>
        <w:rPr>
          <w:b/>
          <w:color w:val="FFFFFF"/>
          <w:sz w:val="25"/>
        </w:rPr>
        <w:lastRenderedPageBreak/>
        <w:t xml:space="preserve"> </w:t>
      </w:r>
      <w:r>
        <w:rPr>
          <w:b/>
          <w:color w:val="FFFFFF"/>
          <w:sz w:val="25"/>
        </w:rPr>
        <w:t xml:space="preserve"> 9. Category</w:t>
      </w:r>
      <w:r w:rsidR="00CD19D1">
        <w:rPr>
          <w:b/>
          <w:color w:val="FFFFFF"/>
          <w:sz w:val="25"/>
        </w:rPr>
        <w:t xml:space="preserve"> S</w:t>
      </w:r>
      <w:r>
        <w:rPr>
          <w:b/>
          <w:color w:val="FFFFFF"/>
          <w:sz w:val="25"/>
        </w:rPr>
        <w:t xml:space="preserve">pecific </w:t>
      </w:r>
      <w:r w:rsidR="00CD19D1">
        <w:rPr>
          <w:b/>
          <w:color w:val="FFFFFF"/>
          <w:sz w:val="25"/>
        </w:rPr>
        <w:t>Response</w:t>
      </w:r>
    </w:p>
    <w:p w14:paraId="2DF5494F" w14:textId="23067E2F" w:rsidR="00811958" w:rsidRDefault="00406A14">
      <w:pPr>
        <w:spacing w:after="100" w:line="252" w:lineRule="auto"/>
      </w:pPr>
      <w:r>
        <w:rPr>
          <w:color w:val="2C2F38"/>
          <w:sz w:val="18"/>
        </w:rPr>
        <w:t xml:space="preserve">Please complete the prompt </w:t>
      </w:r>
      <w:proofErr w:type="gramStart"/>
      <w:r>
        <w:rPr>
          <w:color w:val="2C2F38"/>
          <w:sz w:val="18"/>
        </w:rPr>
        <w:t>relevant</w:t>
      </w:r>
      <w:proofErr w:type="gramEnd"/>
      <w:r>
        <w:rPr>
          <w:color w:val="2C2F38"/>
          <w:sz w:val="18"/>
        </w:rPr>
        <w:t xml:space="preserve"> to the category selected in Section 3. </w:t>
      </w:r>
      <w:r>
        <w:rPr>
          <w:color w:val="2C2F38"/>
          <w:sz w:val="18"/>
        </w:rPr>
        <w:t>You may delete the non-relevant prompts before submitting if preferred.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0"/>
        <w:gridCol w:w="5556"/>
      </w:tblGrid>
      <w:tr w:rsidR="00811958" w:rsidRPr="00CD19D1" w14:paraId="22B4726E" w14:textId="77777777" w:rsidTr="00CD19D1">
        <w:trPr>
          <w:jc w:val="center"/>
        </w:trPr>
        <w:tc>
          <w:tcPr>
            <w:tcW w:w="4988" w:type="dxa"/>
            <w:shd w:val="clear" w:color="auto" w:fill="0B1A2D"/>
          </w:tcPr>
          <w:p w14:paraId="360A2FEB" w14:textId="77777777" w:rsidR="00811958" w:rsidRPr="00CD19D1" w:rsidRDefault="00406A14">
            <w:pPr>
              <w:spacing w:after="0"/>
              <w:rPr>
                <w:sz w:val="18"/>
                <w:szCs w:val="24"/>
              </w:rPr>
            </w:pPr>
            <w:r w:rsidRPr="00CD19D1">
              <w:rPr>
                <w:b/>
                <w:color w:val="FFFFFF"/>
                <w:sz w:val="18"/>
                <w:szCs w:val="24"/>
              </w:rPr>
              <w:t>Category</w:t>
            </w:r>
          </w:p>
        </w:tc>
        <w:tc>
          <w:tcPr>
            <w:tcW w:w="4988" w:type="dxa"/>
            <w:shd w:val="clear" w:color="auto" w:fill="0B1A2D"/>
          </w:tcPr>
          <w:p w14:paraId="3FDD2A81" w14:textId="77777777" w:rsidR="00811958" w:rsidRPr="00CD19D1" w:rsidRDefault="00406A14">
            <w:pPr>
              <w:spacing w:after="0"/>
              <w:rPr>
                <w:sz w:val="18"/>
                <w:szCs w:val="24"/>
              </w:rPr>
            </w:pPr>
            <w:r w:rsidRPr="00CD19D1">
              <w:rPr>
                <w:b/>
                <w:color w:val="FFFFFF"/>
                <w:sz w:val="18"/>
                <w:szCs w:val="24"/>
              </w:rPr>
              <w:t>Prompt</w:t>
            </w:r>
          </w:p>
        </w:tc>
      </w:tr>
      <w:tr w:rsidR="00811958" w:rsidRPr="00CD19D1" w14:paraId="1BF743C8" w14:textId="77777777" w:rsidTr="00CD19D1">
        <w:trPr>
          <w:jc w:val="center"/>
        </w:trPr>
        <w:tc>
          <w:tcPr>
            <w:tcW w:w="3456" w:type="dxa"/>
            <w:shd w:val="clear" w:color="auto" w:fill="EEF3F8"/>
          </w:tcPr>
          <w:p w14:paraId="7F969816" w14:textId="77777777" w:rsidR="00811958" w:rsidRPr="00CD19D1" w:rsidRDefault="00406A14">
            <w:pPr>
              <w:spacing w:after="0"/>
              <w:rPr>
                <w:sz w:val="18"/>
                <w:szCs w:val="24"/>
              </w:rPr>
            </w:pPr>
            <w:r w:rsidRPr="00CD19D1">
              <w:rPr>
                <w:b/>
                <w:color w:val="0B1A2D"/>
                <w:sz w:val="18"/>
                <w:szCs w:val="24"/>
              </w:rPr>
              <w:t>Residential Property Management Team of the Year</w:t>
            </w:r>
          </w:p>
        </w:tc>
        <w:tc>
          <w:tcPr>
            <w:tcW w:w="6336" w:type="dxa"/>
            <w:shd w:val="clear" w:color="auto" w:fill="FAFBFC"/>
          </w:tcPr>
          <w:p w14:paraId="4F5571B0" w14:textId="77777777" w:rsidR="00811958" w:rsidRPr="00CD19D1" w:rsidRDefault="00406A14">
            <w:pPr>
              <w:spacing w:after="0"/>
              <w:rPr>
                <w:sz w:val="18"/>
                <w:szCs w:val="24"/>
              </w:rPr>
            </w:pPr>
            <w:r w:rsidRPr="00CD19D1">
              <w:rPr>
                <w:color w:val="000000"/>
                <w:sz w:val="18"/>
                <w:szCs w:val="24"/>
              </w:rPr>
              <w:t>Describe the residential portfolio managed in Scotland and how your team has improved day-to-day service, safety, communication, resident satisfaction and building performance.</w:t>
            </w:r>
          </w:p>
        </w:tc>
      </w:tr>
      <w:tr w:rsidR="00811958" w:rsidRPr="00CD19D1" w14:paraId="37658D74" w14:textId="77777777" w:rsidTr="00CD19D1">
        <w:trPr>
          <w:jc w:val="center"/>
        </w:trPr>
        <w:tc>
          <w:tcPr>
            <w:tcW w:w="3456" w:type="dxa"/>
            <w:shd w:val="clear" w:color="auto" w:fill="EEF3F8"/>
          </w:tcPr>
          <w:p w14:paraId="77F01722" w14:textId="77777777" w:rsidR="00811958" w:rsidRPr="00CD19D1" w:rsidRDefault="00406A14">
            <w:pPr>
              <w:spacing w:after="0"/>
              <w:rPr>
                <w:sz w:val="18"/>
                <w:szCs w:val="24"/>
              </w:rPr>
            </w:pPr>
            <w:r w:rsidRPr="00CD19D1">
              <w:rPr>
                <w:b/>
                <w:color w:val="0B1A2D"/>
                <w:sz w:val="18"/>
                <w:szCs w:val="24"/>
              </w:rPr>
              <w:t>Commercial / Workplace Management Team of the Year</w:t>
            </w:r>
          </w:p>
        </w:tc>
        <w:tc>
          <w:tcPr>
            <w:tcW w:w="6336" w:type="dxa"/>
            <w:shd w:val="clear" w:color="auto" w:fill="FAFBFC"/>
          </w:tcPr>
          <w:p w14:paraId="50B47E7E" w14:textId="77777777" w:rsidR="00811958" w:rsidRPr="00CD19D1" w:rsidRDefault="00406A14">
            <w:pPr>
              <w:spacing w:after="0"/>
              <w:rPr>
                <w:sz w:val="18"/>
                <w:szCs w:val="24"/>
              </w:rPr>
            </w:pPr>
            <w:r w:rsidRPr="00CD19D1">
              <w:rPr>
                <w:color w:val="000000"/>
                <w:sz w:val="18"/>
                <w:szCs w:val="24"/>
              </w:rPr>
              <w:t>Describe the commercial, office or mixed-use assets managed in Scotland and how your team has improved occupier experience, building efficiency, compliance, retention, occupancy or commercial performance.</w:t>
            </w:r>
          </w:p>
        </w:tc>
      </w:tr>
      <w:tr w:rsidR="00811958" w:rsidRPr="00CD19D1" w14:paraId="71EBEBB3" w14:textId="77777777" w:rsidTr="00CD19D1">
        <w:trPr>
          <w:jc w:val="center"/>
        </w:trPr>
        <w:tc>
          <w:tcPr>
            <w:tcW w:w="3456" w:type="dxa"/>
            <w:shd w:val="clear" w:color="auto" w:fill="EEF3F8"/>
          </w:tcPr>
          <w:p w14:paraId="4DF06146" w14:textId="77777777" w:rsidR="00811958" w:rsidRPr="00CD19D1" w:rsidRDefault="00406A14">
            <w:pPr>
              <w:spacing w:after="0"/>
              <w:rPr>
                <w:sz w:val="18"/>
                <w:szCs w:val="24"/>
              </w:rPr>
            </w:pPr>
            <w:r w:rsidRPr="00CD19D1">
              <w:rPr>
                <w:b/>
                <w:color w:val="0B1A2D"/>
                <w:sz w:val="18"/>
                <w:szCs w:val="24"/>
              </w:rPr>
              <w:t>Facilities Management Service Provider of the Year</w:t>
            </w:r>
          </w:p>
        </w:tc>
        <w:tc>
          <w:tcPr>
            <w:tcW w:w="6336" w:type="dxa"/>
            <w:shd w:val="clear" w:color="auto" w:fill="FAFBFC"/>
          </w:tcPr>
          <w:p w14:paraId="19D094DF" w14:textId="77777777" w:rsidR="00811958" w:rsidRPr="00CD19D1" w:rsidRDefault="00406A14">
            <w:pPr>
              <w:spacing w:after="0"/>
              <w:rPr>
                <w:sz w:val="18"/>
                <w:szCs w:val="24"/>
              </w:rPr>
            </w:pPr>
            <w:r w:rsidRPr="00CD19D1">
              <w:rPr>
                <w:color w:val="000000"/>
                <w:sz w:val="18"/>
                <w:szCs w:val="24"/>
              </w:rPr>
              <w:t>Describe your Scottish FM footprint, the services delivered, and how you have improved service quality, efficiency, compliance, safety, ESG performance or client satisfaction.</w:t>
            </w:r>
          </w:p>
        </w:tc>
      </w:tr>
      <w:tr w:rsidR="00811958" w:rsidRPr="00CD19D1" w14:paraId="776EB8DA" w14:textId="77777777" w:rsidTr="00CD19D1">
        <w:trPr>
          <w:jc w:val="center"/>
        </w:trPr>
        <w:tc>
          <w:tcPr>
            <w:tcW w:w="3456" w:type="dxa"/>
            <w:shd w:val="clear" w:color="auto" w:fill="EEF3F8"/>
          </w:tcPr>
          <w:p w14:paraId="02BE372E" w14:textId="77777777" w:rsidR="00811958" w:rsidRPr="00CD19D1" w:rsidRDefault="00406A14">
            <w:pPr>
              <w:spacing w:after="0"/>
              <w:rPr>
                <w:sz w:val="18"/>
                <w:szCs w:val="24"/>
              </w:rPr>
            </w:pPr>
            <w:r w:rsidRPr="00CD19D1">
              <w:rPr>
                <w:b/>
                <w:color w:val="0B1A2D"/>
                <w:sz w:val="18"/>
                <w:szCs w:val="24"/>
              </w:rPr>
              <w:t>Occupier Experience Award - Residential</w:t>
            </w:r>
          </w:p>
        </w:tc>
        <w:tc>
          <w:tcPr>
            <w:tcW w:w="6336" w:type="dxa"/>
            <w:shd w:val="clear" w:color="auto" w:fill="FAFBFC"/>
          </w:tcPr>
          <w:p w14:paraId="56578AA5" w14:textId="77777777" w:rsidR="00811958" w:rsidRPr="00CD19D1" w:rsidRDefault="00406A14">
            <w:pPr>
              <w:spacing w:after="0"/>
              <w:rPr>
                <w:sz w:val="18"/>
                <w:szCs w:val="24"/>
              </w:rPr>
            </w:pPr>
            <w:r w:rsidRPr="00CD19D1">
              <w:rPr>
                <w:color w:val="000000"/>
                <w:sz w:val="18"/>
                <w:szCs w:val="24"/>
              </w:rPr>
              <w:t>Describe how you have put residents at the centre of how buildings are operated, including communication, feedback, service journeys, community initiatives and measurable improvements in resident experience.</w:t>
            </w:r>
          </w:p>
        </w:tc>
      </w:tr>
      <w:tr w:rsidR="00811958" w:rsidRPr="00CD19D1" w14:paraId="22E29D12" w14:textId="77777777" w:rsidTr="00CD19D1">
        <w:trPr>
          <w:jc w:val="center"/>
        </w:trPr>
        <w:tc>
          <w:tcPr>
            <w:tcW w:w="3456" w:type="dxa"/>
            <w:shd w:val="clear" w:color="auto" w:fill="EEF3F8"/>
          </w:tcPr>
          <w:p w14:paraId="6DB67D07" w14:textId="77777777" w:rsidR="00811958" w:rsidRPr="00CD19D1" w:rsidRDefault="00406A14">
            <w:pPr>
              <w:spacing w:after="0"/>
              <w:rPr>
                <w:sz w:val="18"/>
                <w:szCs w:val="24"/>
              </w:rPr>
            </w:pPr>
            <w:r w:rsidRPr="00CD19D1">
              <w:rPr>
                <w:b/>
                <w:color w:val="0B1A2D"/>
                <w:sz w:val="18"/>
                <w:szCs w:val="24"/>
              </w:rPr>
              <w:t>Occupier Experience Award - Commercial / Workplace</w:t>
            </w:r>
          </w:p>
        </w:tc>
        <w:tc>
          <w:tcPr>
            <w:tcW w:w="6336" w:type="dxa"/>
            <w:shd w:val="clear" w:color="auto" w:fill="FAFBFC"/>
          </w:tcPr>
          <w:p w14:paraId="0CE75CDF" w14:textId="77777777" w:rsidR="00811958" w:rsidRPr="00CD19D1" w:rsidRDefault="00406A14">
            <w:pPr>
              <w:spacing w:after="0"/>
              <w:rPr>
                <w:sz w:val="18"/>
                <w:szCs w:val="24"/>
              </w:rPr>
            </w:pPr>
            <w:r w:rsidRPr="00CD19D1">
              <w:rPr>
                <w:color w:val="000000"/>
                <w:sz w:val="18"/>
                <w:szCs w:val="24"/>
              </w:rPr>
              <w:t>Describe how you have improved the day-to-day experience of workplace users, occupiers, visitors or service partners, including amenities, communication, digital touchpoints, feedback and measurable outcomes.</w:t>
            </w:r>
          </w:p>
        </w:tc>
      </w:tr>
      <w:tr w:rsidR="00811958" w:rsidRPr="00CD19D1" w14:paraId="33C04A54" w14:textId="77777777" w:rsidTr="00CD19D1">
        <w:trPr>
          <w:jc w:val="center"/>
        </w:trPr>
        <w:tc>
          <w:tcPr>
            <w:tcW w:w="3456" w:type="dxa"/>
            <w:shd w:val="clear" w:color="auto" w:fill="EEF3F8"/>
          </w:tcPr>
          <w:p w14:paraId="6AB08F02" w14:textId="77777777" w:rsidR="00811958" w:rsidRPr="00CD19D1" w:rsidRDefault="00406A14">
            <w:pPr>
              <w:spacing w:after="0"/>
              <w:rPr>
                <w:sz w:val="18"/>
                <w:szCs w:val="24"/>
              </w:rPr>
            </w:pPr>
            <w:r w:rsidRPr="00CD19D1">
              <w:rPr>
                <w:b/>
                <w:color w:val="0B1A2D"/>
                <w:sz w:val="18"/>
                <w:szCs w:val="24"/>
              </w:rPr>
              <w:t>Innovation in Property Operations</w:t>
            </w:r>
          </w:p>
        </w:tc>
        <w:tc>
          <w:tcPr>
            <w:tcW w:w="6336" w:type="dxa"/>
            <w:shd w:val="clear" w:color="auto" w:fill="FAFBFC"/>
          </w:tcPr>
          <w:p w14:paraId="126B26E8" w14:textId="77777777" w:rsidR="00811958" w:rsidRPr="00CD19D1" w:rsidRDefault="00406A14">
            <w:pPr>
              <w:spacing w:after="0"/>
              <w:rPr>
                <w:sz w:val="18"/>
                <w:szCs w:val="24"/>
              </w:rPr>
            </w:pPr>
            <w:r w:rsidRPr="00CD19D1">
              <w:rPr>
                <w:color w:val="000000"/>
                <w:sz w:val="18"/>
                <w:szCs w:val="24"/>
              </w:rPr>
              <w:t>Describe the innovation, the problem it solves, how it was implemented in live occupied environments, and what measurable benefit it has delivered.</w:t>
            </w:r>
          </w:p>
        </w:tc>
      </w:tr>
      <w:tr w:rsidR="00811958" w:rsidRPr="00CD19D1" w14:paraId="6F8344E8" w14:textId="77777777" w:rsidTr="00CD19D1">
        <w:trPr>
          <w:jc w:val="center"/>
        </w:trPr>
        <w:tc>
          <w:tcPr>
            <w:tcW w:w="3456" w:type="dxa"/>
            <w:shd w:val="clear" w:color="auto" w:fill="EEF3F8"/>
          </w:tcPr>
          <w:p w14:paraId="72F04D42" w14:textId="77777777" w:rsidR="00811958" w:rsidRPr="00CD19D1" w:rsidRDefault="00406A14">
            <w:pPr>
              <w:spacing w:after="0"/>
              <w:rPr>
                <w:sz w:val="18"/>
                <w:szCs w:val="24"/>
              </w:rPr>
            </w:pPr>
            <w:r w:rsidRPr="00CD19D1">
              <w:rPr>
                <w:b/>
                <w:color w:val="0B1A2D"/>
                <w:sz w:val="18"/>
                <w:szCs w:val="24"/>
              </w:rPr>
              <w:t>Sustainability in Operations</w:t>
            </w:r>
          </w:p>
        </w:tc>
        <w:tc>
          <w:tcPr>
            <w:tcW w:w="6336" w:type="dxa"/>
            <w:shd w:val="clear" w:color="auto" w:fill="FAFBFC"/>
          </w:tcPr>
          <w:p w14:paraId="07D0C787" w14:textId="77777777" w:rsidR="00811958" w:rsidRPr="00CD19D1" w:rsidRDefault="00406A14">
            <w:pPr>
              <w:spacing w:after="0"/>
              <w:rPr>
                <w:sz w:val="18"/>
                <w:szCs w:val="24"/>
              </w:rPr>
            </w:pPr>
            <w:r w:rsidRPr="00CD19D1">
              <w:rPr>
                <w:color w:val="000000"/>
                <w:sz w:val="18"/>
                <w:szCs w:val="24"/>
              </w:rPr>
              <w:t>Describe how your operational practices have improved environmental or social performance in occupied buildings, including energy, carbon, waste, water, biodiversity, supply chain, social value or community impact.</w:t>
            </w:r>
          </w:p>
        </w:tc>
      </w:tr>
      <w:tr w:rsidR="00811958" w:rsidRPr="00CD19D1" w14:paraId="22A1A1C3" w14:textId="77777777" w:rsidTr="00CD19D1">
        <w:trPr>
          <w:jc w:val="center"/>
        </w:trPr>
        <w:tc>
          <w:tcPr>
            <w:tcW w:w="3456" w:type="dxa"/>
            <w:shd w:val="clear" w:color="auto" w:fill="EEF3F8"/>
          </w:tcPr>
          <w:p w14:paraId="19F76155" w14:textId="77777777" w:rsidR="00811958" w:rsidRPr="00CD19D1" w:rsidRDefault="00406A14">
            <w:pPr>
              <w:spacing w:after="0"/>
              <w:rPr>
                <w:sz w:val="18"/>
                <w:szCs w:val="24"/>
              </w:rPr>
            </w:pPr>
            <w:r w:rsidRPr="00CD19D1">
              <w:rPr>
                <w:b/>
                <w:color w:val="0B1A2D"/>
                <w:sz w:val="18"/>
                <w:szCs w:val="24"/>
              </w:rPr>
              <w:t>Supplier / Partner of the Year</w:t>
            </w:r>
          </w:p>
        </w:tc>
        <w:tc>
          <w:tcPr>
            <w:tcW w:w="6336" w:type="dxa"/>
            <w:shd w:val="clear" w:color="auto" w:fill="FAFBFC"/>
          </w:tcPr>
          <w:p w14:paraId="425DC6D5" w14:textId="77777777" w:rsidR="00811958" w:rsidRPr="00CD19D1" w:rsidRDefault="00406A14">
            <w:pPr>
              <w:spacing w:after="0"/>
              <w:rPr>
                <w:sz w:val="18"/>
                <w:szCs w:val="24"/>
              </w:rPr>
            </w:pPr>
            <w:r w:rsidRPr="00CD19D1">
              <w:rPr>
                <w:color w:val="000000"/>
                <w:sz w:val="18"/>
                <w:szCs w:val="24"/>
              </w:rPr>
              <w:t>Describe the service or partnership you provide, how you support property, FM or operations teams in Scotland, and how you have gone beyond contractual delivery to create measurable value.</w:t>
            </w:r>
          </w:p>
        </w:tc>
      </w:tr>
      <w:tr w:rsidR="00811958" w:rsidRPr="00CD19D1" w14:paraId="2E0C7C73" w14:textId="77777777" w:rsidTr="00CD19D1">
        <w:trPr>
          <w:jc w:val="center"/>
        </w:trPr>
        <w:tc>
          <w:tcPr>
            <w:tcW w:w="3456" w:type="dxa"/>
            <w:shd w:val="clear" w:color="auto" w:fill="EEF3F8"/>
          </w:tcPr>
          <w:p w14:paraId="2DC77B26" w14:textId="77777777" w:rsidR="00811958" w:rsidRPr="00CD19D1" w:rsidRDefault="00406A14">
            <w:pPr>
              <w:spacing w:after="0"/>
              <w:rPr>
                <w:sz w:val="18"/>
                <w:szCs w:val="24"/>
              </w:rPr>
            </w:pPr>
            <w:r w:rsidRPr="00CD19D1">
              <w:rPr>
                <w:b/>
                <w:color w:val="0B1A2D"/>
                <w:sz w:val="18"/>
                <w:szCs w:val="24"/>
              </w:rPr>
              <w:t>Team of the Year - Operations / FM / Customer Service</w:t>
            </w:r>
          </w:p>
        </w:tc>
        <w:tc>
          <w:tcPr>
            <w:tcW w:w="6336" w:type="dxa"/>
            <w:shd w:val="clear" w:color="auto" w:fill="FAFBFC"/>
          </w:tcPr>
          <w:p w14:paraId="58CC3B51" w14:textId="77777777" w:rsidR="00811958" w:rsidRPr="00CD19D1" w:rsidRDefault="00406A14">
            <w:pPr>
              <w:spacing w:after="0"/>
              <w:rPr>
                <w:sz w:val="18"/>
                <w:szCs w:val="24"/>
              </w:rPr>
            </w:pPr>
            <w:r w:rsidRPr="00CD19D1">
              <w:rPr>
                <w:color w:val="000000"/>
                <w:sz w:val="18"/>
                <w:szCs w:val="24"/>
              </w:rPr>
              <w:t>Describe the team, its responsibilities, culture and achievements, including examples of collaboration, resilience, customer focus and measurable impact.</w:t>
            </w:r>
          </w:p>
        </w:tc>
      </w:tr>
      <w:tr w:rsidR="00811958" w:rsidRPr="00CD19D1" w14:paraId="257024BA" w14:textId="77777777" w:rsidTr="00CD19D1">
        <w:trPr>
          <w:jc w:val="center"/>
        </w:trPr>
        <w:tc>
          <w:tcPr>
            <w:tcW w:w="3456" w:type="dxa"/>
            <w:shd w:val="clear" w:color="auto" w:fill="EEF3F8"/>
          </w:tcPr>
          <w:p w14:paraId="300F2271" w14:textId="77777777" w:rsidR="00811958" w:rsidRPr="00CD19D1" w:rsidRDefault="00406A14">
            <w:pPr>
              <w:spacing w:after="0"/>
              <w:rPr>
                <w:sz w:val="18"/>
                <w:szCs w:val="24"/>
              </w:rPr>
            </w:pPr>
            <w:r w:rsidRPr="00CD19D1">
              <w:rPr>
                <w:b/>
                <w:color w:val="0B1A2D"/>
                <w:sz w:val="18"/>
                <w:szCs w:val="24"/>
              </w:rPr>
              <w:t>Existing Estate Operations of the Year - Post-Retrofit</w:t>
            </w:r>
          </w:p>
        </w:tc>
        <w:tc>
          <w:tcPr>
            <w:tcW w:w="6336" w:type="dxa"/>
            <w:shd w:val="clear" w:color="auto" w:fill="FAFBFC"/>
          </w:tcPr>
          <w:p w14:paraId="4FA91AA6" w14:textId="77777777" w:rsidR="00811958" w:rsidRPr="00CD19D1" w:rsidRDefault="00406A14">
            <w:pPr>
              <w:spacing w:after="0"/>
              <w:rPr>
                <w:sz w:val="18"/>
                <w:szCs w:val="24"/>
              </w:rPr>
            </w:pPr>
            <w:r w:rsidRPr="00CD19D1">
              <w:rPr>
                <w:color w:val="000000"/>
                <w:sz w:val="18"/>
                <w:szCs w:val="24"/>
              </w:rPr>
              <w:t>Describe the estate, campus, business park or multi-building site, the date of practical completion, and how operational performance has improved after handover / occupation. Include the date from which operational performance is being measured.</w:t>
            </w:r>
          </w:p>
        </w:tc>
      </w:tr>
    </w:tbl>
    <w:p w14:paraId="5A3DC5EA" w14:textId="2FA903FA" w:rsidR="00811958" w:rsidRDefault="00406A14">
      <w:pPr>
        <w:keepNext/>
        <w:spacing w:before="80" w:after="20"/>
      </w:pPr>
      <w:r>
        <w:rPr>
          <w:b/>
          <w:color w:val="0B1A2D"/>
        </w:rPr>
        <w:t xml:space="preserve">Your category-specific response </w:t>
      </w:r>
    </w:p>
    <w:tbl>
      <w:tblPr>
        <w:tblW w:w="10230" w:type="dxa"/>
        <w:jc w:val="center"/>
        <w:tblLook w:val="04A0" w:firstRow="1" w:lastRow="0" w:firstColumn="1" w:lastColumn="0" w:noHBand="0" w:noVBand="1"/>
      </w:tblPr>
      <w:tblGrid>
        <w:gridCol w:w="10230"/>
      </w:tblGrid>
      <w:tr w:rsidR="00811958" w14:paraId="0BD6FC41" w14:textId="77777777" w:rsidTr="00CD19D1">
        <w:trPr>
          <w:cantSplit/>
          <w:trHeight w:val="1534"/>
          <w:jc w:val="center"/>
        </w:trPr>
        <w:tc>
          <w:tcPr>
            <w:tcW w:w="10230" w:type="dxa"/>
            <w:tcBorders>
              <w:top w:val="single" w:sz="6" w:space="0" w:color="D8DEE8"/>
              <w:left w:val="single" w:sz="6" w:space="0" w:color="D8DEE8"/>
              <w:bottom w:val="single" w:sz="6" w:space="0" w:color="D8DEE8"/>
              <w:right w:val="single" w:sz="6" w:space="0" w:color="D8DEE8"/>
            </w:tcBorders>
            <w:shd w:val="clear" w:color="auto" w:fill="FAFBFC"/>
          </w:tcPr>
          <w:p w14:paraId="0EDE93C1" w14:textId="77777777" w:rsidR="00811958" w:rsidRDefault="00406A14">
            <w:pPr>
              <w:spacing w:after="0"/>
            </w:pPr>
            <w:r>
              <w:rPr>
                <w:i/>
                <w:color w:val="808080"/>
                <w:sz w:val="17"/>
              </w:rPr>
              <w:t>Type response here...</w:t>
            </w:r>
          </w:p>
        </w:tc>
      </w:tr>
    </w:tbl>
    <w:p w14:paraId="5197F260" w14:textId="77777777" w:rsidR="00811958" w:rsidRDefault="00811958">
      <w:pPr>
        <w:spacing w:after="40"/>
      </w:pPr>
    </w:p>
    <w:tbl>
      <w:tblPr>
        <w:tblW w:w="0" w:type="auto"/>
        <w:jc w:val="center"/>
        <w:tblLook w:val="04A0" w:firstRow="1" w:lastRow="0" w:firstColumn="1" w:lastColumn="0" w:noHBand="0" w:noVBand="1"/>
      </w:tblPr>
      <w:tblGrid>
        <w:gridCol w:w="9960"/>
      </w:tblGrid>
      <w:tr w:rsidR="00811958" w14:paraId="0233580F" w14:textId="77777777">
        <w:trPr>
          <w:jc w:val="center"/>
        </w:trPr>
        <w:tc>
          <w:tcPr>
            <w:tcW w:w="9976" w:type="dxa"/>
            <w:tcBorders>
              <w:top w:val="single" w:sz="6" w:space="0" w:color="D8DEE8"/>
              <w:left w:val="single" w:sz="6" w:space="0" w:color="D8DEE8"/>
              <w:bottom w:val="single" w:sz="6" w:space="0" w:color="D8DEE8"/>
              <w:right w:val="single" w:sz="6" w:space="0" w:color="D8DEE8"/>
            </w:tcBorders>
            <w:shd w:val="clear" w:color="auto" w:fill="EEF3F8"/>
          </w:tcPr>
          <w:p w14:paraId="4D3A1F85" w14:textId="77777777" w:rsidR="00811958" w:rsidRDefault="00406A14">
            <w:pPr>
              <w:spacing w:after="80"/>
            </w:pPr>
            <w:r>
              <w:rPr>
                <w:b/>
                <w:color w:val="0B1A2D"/>
                <w:sz w:val="20"/>
              </w:rPr>
              <w:t>Additional fields for Post-Retrofit entries only</w:t>
            </w:r>
          </w:p>
          <w:p w14:paraId="49D81891" w14:textId="77777777" w:rsidR="00811958" w:rsidRDefault="00406A14">
            <w:pPr>
              <w:spacing w:after="0"/>
            </w:pPr>
            <w:r>
              <w:rPr>
                <w:color w:val="000000"/>
                <w:sz w:val="18"/>
              </w:rPr>
              <w:t>Date of practical completion / handover: ____________________    |    Date from which operational performance is being measured: ____________________</w:t>
            </w:r>
          </w:p>
        </w:tc>
      </w:tr>
    </w:tbl>
    <w:p w14:paraId="06C5E1B6" w14:textId="77777777" w:rsidR="00811958" w:rsidRDefault="00811958">
      <w:pPr>
        <w:spacing w:after="80"/>
      </w:pPr>
    </w:p>
    <w:p w14:paraId="7070C7AD" w14:textId="77777777" w:rsidR="00811958" w:rsidRDefault="00406A14">
      <w:pPr>
        <w:pageBreakBefore/>
        <w:shd w:val="clear" w:color="auto" w:fill="0B1A2D"/>
        <w:spacing w:before="280" w:after="160"/>
      </w:pPr>
      <w:r>
        <w:rPr>
          <w:b/>
          <w:color w:val="FFFFFF"/>
          <w:sz w:val="25"/>
        </w:rPr>
        <w:lastRenderedPageBreak/>
        <w:t xml:space="preserve">  10. Recommend others who should be recognised</w:t>
      </w:r>
    </w:p>
    <w:p w14:paraId="31A93066" w14:textId="64209119" w:rsidR="00811958" w:rsidRDefault="00406A14">
      <w:pPr>
        <w:spacing w:after="100" w:line="252" w:lineRule="auto"/>
      </w:pPr>
      <w:r w:rsidRPr="00CD19D1">
        <w:rPr>
          <w:b/>
          <w:bCs/>
          <w:i/>
          <w:iCs/>
          <w:color w:val="2C2F38"/>
          <w:sz w:val="18"/>
        </w:rPr>
        <w:t>Optional:</w:t>
      </w:r>
      <w:r>
        <w:rPr>
          <w:color w:val="2C2F38"/>
          <w:sz w:val="18"/>
        </w:rPr>
        <w:t xml:space="preserve"> </w:t>
      </w:r>
      <w:r w:rsidR="00CD19D1">
        <w:rPr>
          <w:color w:val="2C2F38"/>
          <w:sz w:val="18"/>
        </w:rPr>
        <w:t>Y</w:t>
      </w:r>
      <w:r>
        <w:rPr>
          <w:color w:val="2C2F38"/>
          <w:sz w:val="18"/>
        </w:rPr>
        <w:t>ou may recommend a supplier, partner, company, team or organisation that you believe deserves recognition. This could be a company you have used, a service partner that has gone above and beyond, or an organisation whose work is suitable for the Built for Service Awards. These recommendations are for awards team follow-up and will not affect the judging of your own entry.</w:t>
      </w:r>
    </w:p>
    <w:p w14:paraId="42B28DA6" w14:textId="77777777" w:rsidR="00811958" w:rsidRDefault="00406A14">
      <w:pPr>
        <w:spacing w:before="200" w:after="80"/>
      </w:pPr>
      <w:r>
        <w:rPr>
          <w:b/>
          <w:color w:val="0B1A2D"/>
          <w:sz w:val="22"/>
        </w:rPr>
        <w:t>Recommendation 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84"/>
        <w:gridCol w:w="6408"/>
      </w:tblGrid>
      <w:tr w:rsidR="00811958" w14:paraId="0E4E13E2" w14:textId="77777777" w:rsidTr="00CD19D1">
        <w:trPr>
          <w:jc w:val="center"/>
        </w:trPr>
        <w:tc>
          <w:tcPr>
            <w:tcW w:w="3384" w:type="dxa"/>
            <w:shd w:val="clear" w:color="auto" w:fill="EEF3F8"/>
            <w:vAlign w:val="center"/>
          </w:tcPr>
          <w:p w14:paraId="56F0F5EA" w14:textId="77777777" w:rsidR="00811958" w:rsidRDefault="00406A14">
            <w:pPr>
              <w:spacing w:after="0"/>
            </w:pPr>
            <w:r>
              <w:rPr>
                <w:b/>
                <w:color w:val="0B1A2D"/>
                <w:sz w:val="18"/>
              </w:rPr>
              <w:t>Name of company / team / supplier / individual</w:t>
            </w:r>
          </w:p>
        </w:tc>
        <w:tc>
          <w:tcPr>
            <w:tcW w:w="6408" w:type="dxa"/>
            <w:shd w:val="clear" w:color="auto" w:fill="FAFBFC"/>
            <w:vAlign w:val="center"/>
          </w:tcPr>
          <w:p w14:paraId="7516FF53" w14:textId="77777777" w:rsidR="00811958" w:rsidRDefault="00406A14">
            <w:pPr>
              <w:spacing w:after="0"/>
            </w:pPr>
            <w:r>
              <w:rPr>
                <w:i/>
                <w:color w:val="808080"/>
                <w:sz w:val="17"/>
              </w:rPr>
              <w:t>Type here</w:t>
            </w:r>
          </w:p>
        </w:tc>
      </w:tr>
      <w:tr w:rsidR="00811958" w14:paraId="4876B994" w14:textId="77777777" w:rsidTr="00CD19D1">
        <w:trPr>
          <w:jc w:val="center"/>
        </w:trPr>
        <w:tc>
          <w:tcPr>
            <w:tcW w:w="3384" w:type="dxa"/>
            <w:shd w:val="clear" w:color="auto" w:fill="EEF3F8"/>
            <w:vAlign w:val="center"/>
          </w:tcPr>
          <w:p w14:paraId="645D7AF9" w14:textId="77777777" w:rsidR="00811958" w:rsidRDefault="00406A14">
            <w:pPr>
              <w:spacing w:after="0"/>
            </w:pPr>
            <w:r>
              <w:rPr>
                <w:b/>
                <w:color w:val="0B1A2D"/>
                <w:sz w:val="18"/>
              </w:rPr>
              <w:t>Type of organisation or service</w:t>
            </w:r>
          </w:p>
        </w:tc>
        <w:tc>
          <w:tcPr>
            <w:tcW w:w="6408" w:type="dxa"/>
            <w:shd w:val="clear" w:color="auto" w:fill="FAFBFC"/>
            <w:vAlign w:val="center"/>
          </w:tcPr>
          <w:p w14:paraId="7143934C" w14:textId="77777777" w:rsidR="00811958" w:rsidRDefault="00406A14">
            <w:pPr>
              <w:spacing w:after="0"/>
            </w:pPr>
            <w:r>
              <w:rPr>
                <w:i/>
                <w:color w:val="808080"/>
                <w:sz w:val="17"/>
              </w:rPr>
              <w:t>Type here</w:t>
            </w:r>
          </w:p>
        </w:tc>
      </w:tr>
      <w:tr w:rsidR="00811958" w14:paraId="70180CEA" w14:textId="77777777" w:rsidTr="00CD19D1">
        <w:trPr>
          <w:jc w:val="center"/>
        </w:trPr>
        <w:tc>
          <w:tcPr>
            <w:tcW w:w="3384" w:type="dxa"/>
            <w:shd w:val="clear" w:color="auto" w:fill="EEF3F8"/>
            <w:vAlign w:val="center"/>
          </w:tcPr>
          <w:p w14:paraId="0DBA3D0F" w14:textId="77777777" w:rsidR="00811958" w:rsidRDefault="00406A14">
            <w:pPr>
              <w:spacing w:after="0"/>
            </w:pPr>
            <w:r>
              <w:rPr>
                <w:b/>
                <w:color w:val="0B1A2D"/>
                <w:sz w:val="18"/>
              </w:rPr>
              <w:t>Suggested award category, if known</w:t>
            </w:r>
          </w:p>
        </w:tc>
        <w:tc>
          <w:tcPr>
            <w:tcW w:w="6408" w:type="dxa"/>
            <w:shd w:val="clear" w:color="auto" w:fill="FAFBFC"/>
            <w:vAlign w:val="center"/>
          </w:tcPr>
          <w:p w14:paraId="3CC51734" w14:textId="77777777" w:rsidR="00811958" w:rsidRDefault="00406A14">
            <w:pPr>
              <w:spacing w:after="0"/>
            </w:pPr>
            <w:r>
              <w:rPr>
                <w:i/>
                <w:color w:val="808080"/>
                <w:sz w:val="17"/>
              </w:rPr>
              <w:t>Type here</w:t>
            </w:r>
          </w:p>
        </w:tc>
      </w:tr>
      <w:tr w:rsidR="00811958" w14:paraId="160D35AF" w14:textId="77777777" w:rsidTr="00CD19D1">
        <w:trPr>
          <w:jc w:val="center"/>
        </w:trPr>
        <w:tc>
          <w:tcPr>
            <w:tcW w:w="3384" w:type="dxa"/>
            <w:shd w:val="clear" w:color="auto" w:fill="EEF3F8"/>
            <w:vAlign w:val="center"/>
          </w:tcPr>
          <w:p w14:paraId="65B463D8" w14:textId="77777777" w:rsidR="00811958" w:rsidRDefault="00406A14">
            <w:pPr>
              <w:spacing w:after="0"/>
            </w:pPr>
            <w:r>
              <w:rPr>
                <w:b/>
                <w:color w:val="0B1A2D"/>
                <w:sz w:val="18"/>
              </w:rPr>
              <w:t>Contact name, if known</w:t>
            </w:r>
          </w:p>
        </w:tc>
        <w:tc>
          <w:tcPr>
            <w:tcW w:w="6408" w:type="dxa"/>
            <w:shd w:val="clear" w:color="auto" w:fill="FAFBFC"/>
            <w:vAlign w:val="center"/>
          </w:tcPr>
          <w:p w14:paraId="5467329B" w14:textId="77777777" w:rsidR="00811958" w:rsidRDefault="00406A14">
            <w:pPr>
              <w:spacing w:after="0"/>
            </w:pPr>
            <w:r>
              <w:rPr>
                <w:i/>
                <w:color w:val="808080"/>
                <w:sz w:val="17"/>
              </w:rPr>
              <w:t>Type here</w:t>
            </w:r>
          </w:p>
        </w:tc>
      </w:tr>
      <w:tr w:rsidR="00811958" w14:paraId="299FBB6E" w14:textId="77777777" w:rsidTr="00CD19D1">
        <w:trPr>
          <w:jc w:val="center"/>
        </w:trPr>
        <w:tc>
          <w:tcPr>
            <w:tcW w:w="3384" w:type="dxa"/>
            <w:shd w:val="clear" w:color="auto" w:fill="EEF3F8"/>
            <w:vAlign w:val="center"/>
          </w:tcPr>
          <w:p w14:paraId="13D13818" w14:textId="77777777" w:rsidR="00811958" w:rsidRDefault="00406A14">
            <w:pPr>
              <w:spacing w:after="0"/>
            </w:pPr>
            <w:r>
              <w:rPr>
                <w:b/>
                <w:color w:val="0B1A2D"/>
                <w:sz w:val="18"/>
              </w:rPr>
              <w:t>Contact email / phone, if known</w:t>
            </w:r>
          </w:p>
        </w:tc>
        <w:tc>
          <w:tcPr>
            <w:tcW w:w="6408" w:type="dxa"/>
            <w:shd w:val="clear" w:color="auto" w:fill="FAFBFC"/>
            <w:vAlign w:val="center"/>
          </w:tcPr>
          <w:p w14:paraId="5C61A910" w14:textId="77777777" w:rsidR="00811958" w:rsidRDefault="00406A14">
            <w:pPr>
              <w:spacing w:after="0"/>
            </w:pPr>
            <w:r>
              <w:rPr>
                <w:i/>
                <w:color w:val="808080"/>
                <w:sz w:val="17"/>
              </w:rPr>
              <w:t>Type here</w:t>
            </w:r>
          </w:p>
        </w:tc>
      </w:tr>
      <w:tr w:rsidR="00811958" w14:paraId="53322894" w14:textId="77777777" w:rsidTr="00CD19D1">
        <w:trPr>
          <w:jc w:val="center"/>
        </w:trPr>
        <w:tc>
          <w:tcPr>
            <w:tcW w:w="3384" w:type="dxa"/>
            <w:shd w:val="clear" w:color="auto" w:fill="EEF3F8"/>
            <w:vAlign w:val="center"/>
          </w:tcPr>
          <w:p w14:paraId="6FE64506" w14:textId="77777777" w:rsidR="00811958" w:rsidRDefault="00406A14">
            <w:pPr>
              <w:spacing w:after="0"/>
            </w:pPr>
            <w:r>
              <w:rPr>
                <w:b/>
                <w:color w:val="0B1A2D"/>
                <w:sz w:val="18"/>
              </w:rPr>
              <w:t>Website / LinkedIn, if known</w:t>
            </w:r>
          </w:p>
        </w:tc>
        <w:tc>
          <w:tcPr>
            <w:tcW w:w="6408" w:type="dxa"/>
            <w:shd w:val="clear" w:color="auto" w:fill="FAFBFC"/>
            <w:vAlign w:val="center"/>
          </w:tcPr>
          <w:p w14:paraId="6FF2DDC1" w14:textId="77777777" w:rsidR="00811958" w:rsidRDefault="00406A14">
            <w:pPr>
              <w:spacing w:after="0"/>
            </w:pPr>
            <w:r>
              <w:rPr>
                <w:i/>
                <w:color w:val="808080"/>
                <w:sz w:val="17"/>
              </w:rPr>
              <w:t>Type here</w:t>
            </w:r>
          </w:p>
        </w:tc>
      </w:tr>
      <w:tr w:rsidR="00811958" w14:paraId="2B2BB59B" w14:textId="77777777" w:rsidTr="00CD19D1">
        <w:trPr>
          <w:jc w:val="center"/>
        </w:trPr>
        <w:tc>
          <w:tcPr>
            <w:tcW w:w="3384" w:type="dxa"/>
            <w:shd w:val="clear" w:color="auto" w:fill="EEF3F8"/>
            <w:vAlign w:val="center"/>
          </w:tcPr>
          <w:p w14:paraId="464B8C28" w14:textId="77777777" w:rsidR="00811958" w:rsidRDefault="00406A14">
            <w:pPr>
              <w:spacing w:after="0"/>
            </w:pPr>
            <w:r>
              <w:rPr>
                <w:b/>
                <w:color w:val="0B1A2D"/>
                <w:sz w:val="18"/>
              </w:rPr>
              <w:t>Relationship to your organisation</w:t>
            </w:r>
          </w:p>
        </w:tc>
        <w:tc>
          <w:tcPr>
            <w:tcW w:w="6408" w:type="dxa"/>
            <w:shd w:val="clear" w:color="auto" w:fill="FAFBFC"/>
            <w:vAlign w:val="center"/>
          </w:tcPr>
          <w:p w14:paraId="5B4CC4EE" w14:textId="77777777" w:rsidR="00811958" w:rsidRDefault="00406A14">
            <w:pPr>
              <w:spacing w:after="0"/>
            </w:pPr>
            <w:r>
              <w:rPr>
                <w:color w:val="000000"/>
                <w:sz w:val="18"/>
              </w:rPr>
              <w:t>Supplier / partner / client / occupier / peer / other</w:t>
            </w:r>
          </w:p>
        </w:tc>
      </w:tr>
    </w:tbl>
    <w:p w14:paraId="46E2B84D" w14:textId="77777777" w:rsidR="00811958" w:rsidRDefault="00811958">
      <w:pPr>
        <w:spacing w:after="40"/>
      </w:pPr>
    </w:p>
    <w:p w14:paraId="02C53645" w14:textId="77777777" w:rsidR="00811958" w:rsidRDefault="00406A14">
      <w:pPr>
        <w:keepNext/>
        <w:spacing w:before="80" w:after="20"/>
      </w:pPr>
      <w:r>
        <w:rPr>
          <w:b/>
          <w:color w:val="0B1A2D"/>
        </w:rPr>
        <w:t>Why do you believe they should be recognised? (maximum 150 words)</w:t>
      </w:r>
    </w:p>
    <w:tbl>
      <w:tblPr>
        <w:tblW w:w="0" w:type="auto"/>
        <w:jc w:val="center"/>
        <w:tblLook w:val="04A0" w:firstRow="1" w:lastRow="0" w:firstColumn="1" w:lastColumn="0" w:noHBand="0" w:noVBand="1"/>
      </w:tblPr>
      <w:tblGrid>
        <w:gridCol w:w="9960"/>
      </w:tblGrid>
      <w:tr w:rsidR="00811958" w14:paraId="6FAE7747" w14:textId="77777777">
        <w:trPr>
          <w:cantSplit/>
          <w:trHeight w:val="1152"/>
          <w:jc w:val="center"/>
        </w:trPr>
        <w:tc>
          <w:tcPr>
            <w:tcW w:w="9976" w:type="dxa"/>
            <w:tcBorders>
              <w:top w:val="single" w:sz="6" w:space="0" w:color="D8DEE8"/>
              <w:left w:val="single" w:sz="6" w:space="0" w:color="D8DEE8"/>
              <w:bottom w:val="single" w:sz="6" w:space="0" w:color="D8DEE8"/>
              <w:right w:val="single" w:sz="6" w:space="0" w:color="D8DEE8"/>
            </w:tcBorders>
            <w:shd w:val="clear" w:color="auto" w:fill="FAFBFC"/>
          </w:tcPr>
          <w:p w14:paraId="62BFB5CD" w14:textId="77777777" w:rsidR="00811958" w:rsidRDefault="00406A14">
            <w:pPr>
              <w:spacing w:after="0"/>
            </w:pPr>
            <w:r>
              <w:rPr>
                <w:i/>
                <w:color w:val="808080"/>
                <w:sz w:val="17"/>
              </w:rPr>
              <w:t>Type response here...</w:t>
            </w:r>
          </w:p>
        </w:tc>
      </w:tr>
    </w:tbl>
    <w:p w14:paraId="1322CEAA" w14:textId="77777777" w:rsidR="00811958" w:rsidRDefault="00811958">
      <w:pPr>
        <w:spacing w:after="40"/>
      </w:pPr>
    </w:p>
    <w:p w14:paraId="395F0A94" w14:textId="77777777" w:rsidR="00811958" w:rsidRDefault="00406A14">
      <w:pPr>
        <w:spacing w:before="200" w:after="80"/>
      </w:pPr>
      <w:r>
        <w:rPr>
          <w:b/>
          <w:color w:val="0B1A2D"/>
          <w:sz w:val="22"/>
        </w:rPr>
        <w:t>Recommendation 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84"/>
        <w:gridCol w:w="6408"/>
      </w:tblGrid>
      <w:tr w:rsidR="00811958" w14:paraId="6D39DFA4" w14:textId="77777777" w:rsidTr="00CD19D1">
        <w:trPr>
          <w:jc w:val="center"/>
        </w:trPr>
        <w:tc>
          <w:tcPr>
            <w:tcW w:w="3384" w:type="dxa"/>
            <w:shd w:val="clear" w:color="auto" w:fill="EEF3F8"/>
            <w:vAlign w:val="center"/>
          </w:tcPr>
          <w:p w14:paraId="0E2599CC" w14:textId="77777777" w:rsidR="00811958" w:rsidRDefault="00406A14">
            <w:pPr>
              <w:spacing w:after="0"/>
            </w:pPr>
            <w:r>
              <w:rPr>
                <w:b/>
                <w:color w:val="0B1A2D"/>
                <w:sz w:val="18"/>
              </w:rPr>
              <w:t>Name of company / team / supplier / individual</w:t>
            </w:r>
          </w:p>
        </w:tc>
        <w:tc>
          <w:tcPr>
            <w:tcW w:w="6408" w:type="dxa"/>
            <w:shd w:val="clear" w:color="auto" w:fill="FAFBFC"/>
            <w:vAlign w:val="center"/>
          </w:tcPr>
          <w:p w14:paraId="5389EC44" w14:textId="77777777" w:rsidR="00811958" w:rsidRDefault="00406A14">
            <w:pPr>
              <w:spacing w:after="0"/>
            </w:pPr>
            <w:r>
              <w:rPr>
                <w:i/>
                <w:color w:val="808080"/>
                <w:sz w:val="17"/>
              </w:rPr>
              <w:t>Type here</w:t>
            </w:r>
          </w:p>
        </w:tc>
      </w:tr>
      <w:tr w:rsidR="00811958" w14:paraId="14DB881E" w14:textId="77777777" w:rsidTr="00CD19D1">
        <w:trPr>
          <w:jc w:val="center"/>
        </w:trPr>
        <w:tc>
          <w:tcPr>
            <w:tcW w:w="3384" w:type="dxa"/>
            <w:shd w:val="clear" w:color="auto" w:fill="EEF3F8"/>
            <w:vAlign w:val="center"/>
          </w:tcPr>
          <w:p w14:paraId="604588D8" w14:textId="77777777" w:rsidR="00811958" w:rsidRDefault="00406A14">
            <w:pPr>
              <w:spacing w:after="0"/>
            </w:pPr>
            <w:r>
              <w:rPr>
                <w:b/>
                <w:color w:val="0B1A2D"/>
                <w:sz w:val="18"/>
              </w:rPr>
              <w:t>Type of organisation or service</w:t>
            </w:r>
          </w:p>
        </w:tc>
        <w:tc>
          <w:tcPr>
            <w:tcW w:w="6408" w:type="dxa"/>
            <w:shd w:val="clear" w:color="auto" w:fill="FAFBFC"/>
            <w:vAlign w:val="center"/>
          </w:tcPr>
          <w:p w14:paraId="669FA075" w14:textId="77777777" w:rsidR="00811958" w:rsidRDefault="00406A14">
            <w:pPr>
              <w:spacing w:after="0"/>
            </w:pPr>
            <w:r>
              <w:rPr>
                <w:i/>
                <w:color w:val="808080"/>
                <w:sz w:val="17"/>
              </w:rPr>
              <w:t>Type here</w:t>
            </w:r>
          </w:p>
        </w:tc>
      </w:tr>
      <w:tr w:rsidR="00811958" w14:paraId="48C7A6EF" w14:textId="77777777" w:rsidTr="00CD19D1">
        <w:trPr>
          <w:jc w:val="center"/>
        </w:trPr>
        <w:tc>
          <w:tcPr>
            <w:tcW w:w="3384" w:type="dxa"/>
            <w:shd w:val="clear" w:color="auto" w:fill="EEF3F8"/>
            <w:vAlign w:val="center"/>
          </w:tcPr>
          <w:p w14:paraId="450191AF" w14:textId="77777777" w:rsidR="00811958" w:rsidRDefault="00406A14">
            <w:pPr>
              <w:spacing w:after="0"/>
            </w:pPr>
            <w:r>
              <w:rPr>
                <w:b/>
                <w:color w:val="0B1A2D"/>
                <w:sz w:val="18"/>
              </w:rPr>
              <w:t>Suggested award category, if known</w:t>
            </w:r>
          </w:p>
        </w:tc>
        <w:tc>
          <w:tcPr>
            <w:tcW w:w="6408" w:type="dxa"/>
            <w:shd w:val="clear" w:color="auto" w:fill="FAFBFC"/>
            <w:vAlign w:val="center"/>
          </w:tcPr>
          <w:p w14:paraId="683EB58C" w14:textId="77777777" w:rsidR="00811958" w:rsidRDefault="00406A14">
            <w:pPr>
              <w:spacing w:after="0"/>
            </w:pPr>
            <w:r>
              <w:rPr>
                <w:i/>
                <w:color w:val="808080"/>
                <w:sz w:val="17"/>
              </w:rPr>
              <w:t>Type here</w:t>
            </w:r>
          </w:p>
        </w:tc>
      </w:tr>
      <w:tr w:rsidR="00811958" w14:paraId="6C200EBB" w14:textId="77777777" w:rsidTr="00CD19D1">
        <w:trPr>
          <w:jc w:val="center"/>
        </w:trPr>
        <w:tc>
          <w:tcPr>
            <w:tcW w:w="3384" w:type="dxa"/>
            <w:shd w:val="clear" w:color="auto" w:fill="EEF3F8"/>
            <w:vAlign w:val="center"/>
          </w:tcPr>
          <w:p w14:paraId="2E5BE7F5" w14:textId="77777777" w:rsidR="00811958" w:rsidRDefault="00406A14">
            <w:pPr>
              <w:spacing w:after="0"/>
            </w:pPr>
            <w:r>
              <w:rPr>
                <w:b/>
                <w:color w:val="0B1A2D"/>
                <w:sz w:val="18"/>
              </w:rPr>
              <w:t>Contact name, if known</w:t>
            </w:r>
          </w:p>
        </w:tc>
        <w:tc>
          <w:tcPr>
            <w:tcW w:w="6408" w:type="dxa"/>
            <w:shd w:val="clear" w:color="auto" w:fill="FAFBFC"/>
            <w:vAlign w:val="center"/>
          </w:tcPr>
          <w:p w14:paraId="16DE6046" w14:textId="77777777" w:rsidR="00811958" w:rsidRDefault="00406A14">
            <w:pPr>
              <w:spacing w:after="0"/>
            </w:pPr>
            <w:r>
              <w:rPr>
                <w:i/>
                <w:color w:val="808080"/>
                <w:sz w:val="17"/>
              </w:rPr>
              <w:t>Type here</w:t>
            </w:r>
          </w:p>
        </w:tc>
      </w:tr>
      <w:tr w:rsidR="00811958" w14:paraId="6F989A1F" w14:textId="77777777" w:rsidTr="00CD19D1">
        <w:trPr>
          <w:jc w:val="center"/>
        </w:trPr>
        <w:tc>
          <w:tcPr>
            <w:tcW w:w="3384" w:type="dxa"/>
            <w:shd w:val="clear" w:color="auto" w:fill="EEF3F8"/>
            <w:vAlign w:val="center"/>
          </w:tcPr>
          <w:p w14:paraId="24E209B5" w14:textId="77777777" w:rsidR="00811958" w:rsidRDefault="00406A14">
            <w:pPr>
              <w:spacing w:after="0"/>
            </w:pPr>
            <w:r>
              <w:rPr>
                <w:b/>
                <w:color w:val="0B1A2D"/>
                <w:sz w:val="18"/>
              </w:rPr>
              <w:t>Contact email / phone, if known</w:t>
            </w:r>
          </w:p>
        </w:tc>
        <w:tc>
          <w:tcPr>
            <w:tcW w:w="6408" w:type="dxa"/>
            <w:shd w:val="clear" w:color="auto" w:fill="FAFBFC"/>
            <w:vAlign w:val="center"/>
          </w:tcPr>
          <w:p w14:paraId="0E9B1C47" w14:textId="77777777" w:rsidR="00811958" w:rsidRDefault="00406A14">
            <w:pPr>
              <w:spacing w:after="0"/>
            </w:pPr>
            <w:r>
              <w:rPr>
                <w:i/>
                <w:color w:val="808080"/>
                <w:sz w:val="17"/>
              </w:rPr>
              <w:t>Type here</w:t>
            </w:r>
          </w:p>
        </w:tc>
      </w:tr>
      <w:tr w:rsidR="00811958" w14:paraId="068321AB" w14:textId="77777777" w:rsidTr="00CD19D1">
        <w:trPr>
          <w:jc w:val="center"/>
        </w:trPr>
        <w:tc>
          <w:tcPr>
            <w:tcW w:w="3384" w:type="dxa"/>
            <w:shd w:val="clear" w:color="auto" w:fill="EEF3F8"/>
            <w:vAlign w:val="center"/>
          </w:tcPr>
          <w:p w14:paraId="4C5D784B" w14:textId="77777777" w:rsidR="00811958" w:rsidRDefault="00406A14">
            <w:pPr>
              <w:spacing w:after="0"/>
            </w:pPr>
            <w:r>
              <w:rPr>
                <w:b/>
                <w:color w:val="0B1A2D"/>
                <w:sz w:val="18"/>
              </w:rPr>
              <w:t>Website / LinkedIn, if known</w:t>
            </w:r>
          </w:p>
        </w:tc>
        <w:tc>
          <w:tcPr>
            <w:tcW w:w="6408" w:type="dxa"/>
            <w:shd w:val="clear" w:color="auto" w:fill="FAFBFC"/>
            <w:vAlign w:val="center"/>
          </w:tcPr>
          <w:p w14:paraId="38DCB7C7" w14:textId="77777777" w:rsidR="00811958" w:rsidRDefault="00406A14">
            <w:pPr>
              <w:spacing w:after="0"/>
            </w:pPr>
            <w:r>
              <w:rPr>
                <w:i/>
                <w:color w:val="808080"/>
                <w:sz w:val="17"/>
              </w:rPr>
              <w:t>Type here</w:t>
            </w:r>
          </w:p>
        </w:tc>
      </w:tr>
      <w:tr w:rsidR="00811958" w14:paraId="5592B076" w14:textId="77777777" w:rsidTr="00CD19D1">
        <w:trPr>
          <w:jc w:val="center"/>
        </w:trPr>
        <w:tc>
          <w:tcPr>
            <w:tcW w:w="3384" w:type="dxa"/>
            <w:shd w:val="clear" w:color="auto" w:fill="EEF3F8"/>
            <w:vAlign w:val="center"/>
          </w:tcPr>
          <w:p w14:paraId="6FAF3E76" w14:textId="77777777" w:rsidR="00811958" w:rsidRDefault="00406A14">
            <w:pPr>
              <w:spacing w:after="0"/>
            </w:pPr>
            <w:r>
              <w:rPr>
                <w:b/>
                <w:color w:val="0B1A2D"/>
                <w:sz w:val="18"/>
              </w:rPr>
              <w:t>Relationship to your organisation</w:t>
            </w:r>
          </w:p>
        </w:tc>
        <w:tc>
          <w:tcPr>
            <w:tcW w:w="6408" w:type="dxa"/>
            <w:shd w:val="clear" w:color="auto" w:fill="FAFBFC"/>
            <w:vAlign w:val="center"/>
          </w:tcPr>
          <w:p w14:paraId="30FC2E8D" w14:textId="77777777" w:rsidR="00811958" w:rsidRDefault="00406A14">
            <w:pPr>
              <w:spacing w:after="0"/>
            </w:pPr>
            <w:r>
              <w:rPr>
                <w:color w:val="000000"/>
                <w:sz w:val="18"/>
              </w:rPr>
              <w:t>Supplier / partner / client / occupier / peer / other</w:t>
            </w:r>
          </w:p>
        </w:tc>
      </w:tr>
    </w:tbl>
    <w:p w14:paraId="77888584" w14:textId="77777777" w:rsidR="00811958" w:rsidRDefault="00811958">
      <w:pPr>
        <w:spacing w:after="40"/>
      </w:pPr>
    </w:p>
    <w:p w14:paraId="4B771350" w14:textId="77777777" w:rsidR="00811958" w:rsidRDefault="00406A14">
      <w:pPr>
        <w:keepNext/>
        <w:spacing w:before="80" w:after="20"/>
      </w:pPr>
      <w:r>
        <w:rPr>
          <w:b/>
          <w:color w:val="0B1A2D"/>
        </w:rPr>
        <w:t>Why do you believe they should be recognised? (maximum 150 words)</w:t>
      </w:r>
    </w:p>
    <w:tbl>
      <w:tblPr>
        <w:tblW w:w="0" w:type="auto"/>
        <w:jc w:val="center"/>
        <w:tblLook w:val="04A0" w:firstRow="1" w:lastRow="0" w:firstColumn="1" w:lastColumn="0" w:noHBand="0" w:noVBand="1"/>
      </w:tblPr>
      <w:tblGrid>
        <w:gridCol w:w="9960"/>
      </w:tblGrid>
      <w:tr w:rsidR="00811958" w14:paraId="775071AD" w14:textId="77777777">
        <w:trPr>
          <w:cantSplit/>
          <w:trHeight w:val="1152"/>
          <w:jc w:val="center"/>
        </w:trPr>
        <w:tc>
          <w:tcPr>
            <w:tcW w:w="9976" w:type="dxa"/>
            <w:tcBorders>
              <w:top w:val="single" w:sz="6" w:space="0" w:color="D8DEE8"/>
              <w:left w:val="single" w:sz="6" w:space="0" w:color="D8DEE8"/>
              <w:bottom w:val="single" w:sz="6" w:space="0" w:color="D8DEE8"/>
              <w:right w:val="single" w:sz="6" w:space="0" w:color="D8DEE8"/>
            </w:tcBorders>
            <w:shd w:val="clear" w:color="auto" w:fill="FAFBFC"/>
          </w:tcPr>
          <w:p w14:paraId="322CAF5E" w14:textId="77777777" w:rsidR="00811958" w:rsidRDefault="00406A14">
            <w:pPr>
              <w:spacing w:after="0"/>
            </w:pPr>
            <w:r>
              <w:rPr>
                <w:i/>
                <w:color w:val="808080"/>
                <w:sz w:val="17"/>
              </w:rPr>
              <w:t>Type response here...</w:t>
            </w:r>
          </w:p>
        </w:tc>
      </w:tr>
    </w:tbl>
    <w:p w14:paraId="6425F374" w14:textId="77777777" w:rsidR="00811958" w:rsidRDefault="00811958">
      <w:pPr>
        <w:spacing w:after="40"/>
      </w:pPr>
    </w:p>
    <w:p w14:paraId="1EF9A1DA" w14:textId="77777777" w:rsidR="00811958" w:rsidRDefault="00406A14">
      <w:pPr>
        <w:spacing w:after="100" w:line="252" w:lineRule="auto"/>
      </w:pPr>
      <w:r>
        <w:rPr>
          <w:i/>
          <w:color w:val="2C2F38"/>
          <w:sz w:val="17"/>
        </w:rPr>
        <w:t>For additional recommendations, please attach an extra page using the same fields above.</w:t>
      </w:r>
    </w:p>
    <w:p w14:paraId="69C2F392" w14:textId="77777777" w:rsidR="00811958" w:rsidRDefault="00406A14">
      <w:pPr>
        <w:pageBreakBefore/>
        <w:shd w:val="clear" w:color="auto" w:fill="0B1A2D"/>
        <w:spacing w:before="280" w:after="160"/>
      </w:pPr>
      <w:r>
        <w:rPr>
          <w:b/>
          <w:color w:val="FFFFFF"/>
          <w:sz w:val="25"/>
        </w:rPr>
        <w:lastRenderedPageBreak/>
        <w:t xml:space="preserve">  11. Publicity information</w:t>
      </w:r>
    </w:p>
    <w:p w14:paraId="77071DE6" w14:textId="77777777" w:rsidR="00811958" w:rsidRDefault="00406A14">
      <w:pPr>
        <w:spacing w:after="100" w:line="252" w:lineRule="auto"/>
      </w:pPr>
      <w:r>
        <w:rPr>
          <w:color w:val="2C2F38"/>
          <w:sz w:val="18"/>
        </w:rPr>
        <w:t>This information will help the awards team prepare shortlist, event and media materials. Public use will be subject to the permission selected below.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84"/>
        <w:gridCol w:w="6408"/>
      </w:tblGrid>
      <w:tr w:rsidR="00811958" w14:paraId="6F2F9157" w14:textId="77777777" w:rsidTr="00CD19D1">
        <w:trPr>
          <w:jc w:val="center"/>
        </w:trPr>
        <w:tc>
          <w:tcPr>
            <w:tcW w:w="3384" w:type="dxa"/>
            <w:shd w:val="clear" w:color="auto" w:fill="EEF3F8"/>
            <w:vAlign w:val="center"/>
          </w:tcPr>
          <w:p w14:paraId="697E651A" w14:textId="77777777" w:rsidR="00811958" w:rsidRDefault="00406A14">
            <w:pPr>
              <w:spacing w:after="0"/>
            </w:pPr>
            <w:r>
              <w:rPr>
                <w:b/>
                <w:color w:val="0B1A2D"/>
                <w:sz w:val="18"/>
              </w:rPr>
              <w:t>Organisation logo supplied?</w:t>
            </w:r>
          </w:p>
        </w:tc>
        <w:tc>
          <w:tcPr>
            <w:tcW w:w="6408" w:type="dxa"/>
            <w:shd w:val="clear" w:color="auto" w:fill="FAFBFC"/>
            <w:vAlign w:val="center"/>
          </w:tcPr>
          <w:p w14:paraId="30F98351" w14:textId="77777777" w:rsidR="00811958" w:rsidRDefault="00406A14">
            <w:pPr>
              <w:spacing w:after="0"/>
            </w:pPr>
            <w:r>
              <w:rPr>
                <w:color w:val="000000"/>
                <w:sz w:val="18"/>
              </w:rPr>
              <w:t>Yes / No</w:t>
            </w:r>
          </w:p>
        </w:tc>
      </w:tr>
      <w:tr w:rsidR="00811958" w14:paraId="115EE8E5" w14:textId="77777777" w:rsidTr="00CD19D1">
        <w:trPr>
          <w:jc w:val="center"/>
        </w:trPr>
        <w:tc>
          <w:tcPr>
            <w:tcW w:w="3384" w:type="dxa"/>
            <w:shd w:val="clear" w:color="auto" w:fill="EEF3F8"/>
            <w:vAlign w:val="center"/>
          </w:tcPr>
          <w:p w14:paraId="0EE7AB6C" w14:textId="77777777" w:rsidR="00811958" w:rsidRDefault="00406A14">
            <w:pPr>
              <w:spacing w:after="0"/>
            </w:pPr>
            <w:r>
              <w:rPr>
                <w:b/>
                <w:color w:val="0B1A2D"/>
                <w:sz w:val="18"/>
              </w:rPr>
              <w:t>Team / project / building image supplied?</w:t>
            </w:r>
          </w:p>
        </w:tc>
        <w:tc>
          <w:tcPr>
            <w:tcW w:w="6408" w:type="dxa"/>
            <w:shd w:val="clear" w:color="auto" w:fill="FAFBFC"/>
            <w:vAlign w:val="center"/>
          </w:tcPr>
          <w:p w14:paraId="68A8089A" w14:textId="77777777" w:rsidR="00811958" w:rsidRDefault="00406A14">
            <w:pPr>
              <w:spacing w:after="0"/>
            </w:pPr>
            <w:r>
              <w:rPr>
                <w:color w:val="000000"/>
                <w:sz w:val="18"/>
              </w:rPr>
              <w:t>Yes / No</w:t>
            </w:r>
          </w:p>
        </w:tc>
      </w:tr>
      <w:tr w:rsidR="00811958" w14:paraId="0B30E745" w14:textId="77777777" w:rsidTr="00CD19D1">
        <w:trPr>
          <w:jc w:val="center"/>
        </w:trPr>
        <w:tc>
          <w:tcPr>
            <w:tcW w:w="3384" w:type="dxa"/>
            <w:shd w:val="clear" w:color="auto" w:fill="EEF3F8"/>
            <w:vAlign w:val="center"/>
          </w:tcPr>
          <w:p w14:paraId="3B5B457A" w14:textId="77777777" w:rsidR="00811958" w:rsidRDefault="00406A14">
            <w:pPr>
              <w:spacing w:after="0"/>
            </w:pPr>
            <w:r>
              <w:rPr>
                <w:b/>
                <w:color w:val="0B1A2D"/>
                <w:sz w:val="18"/>
              </w:rPr>
              <w:t>Publicity permission</w:t>
            </w:r>
          </w:p>
        </w:tc>
        <w:tc>
          <w:tcPr>
            <w:tcW w:w="6408" w:type="dxa"/>
            <w:shd w:val="clear" w:color="auto" w:fill="FAFBFC"/>
            <w:vAlign w:val="center"/>
          </w:tcPr>
          <w:p w14:paraId="37852D8A" w14:textId="451C788A" w:rsidR="00811958" w:rsidRPr="00CD19D1" w:rsidRDefault="00406A14">
            <w:pPr>
              <w:spacing w:after="0"/>
              <w:rPr>
                <w:b/>
                <w:bCs/>
              </w:rPr>
            </w:pPr>
            <w:r>
              <w:rPr>
                <w:color w:val="000000"/>
                <w:sz w:val="18"/>
              </w:rPr>
              <w:t>Yes / Yes, but please seek approval before publication / No, judging purposes only</w:t>
            </w:r>
            <w:r w:rsidR="00CD19D1">
              <w:rPr>
                <w:color w:val="000000"/>
                <w:sz w:val="18"/>
              </w:rPr>
              <w:t xml:space="preserve"> (</w:t>
            </w:r>
            <w:r w:rsidR="00CD19D1">
              <w:rPr>
                <w:b/>
                <w:bCs/>
                <w:color w:val="000000"/>
                <w:sz w:val="18"/>
              </w:rPr>
              <w:t>delete as appropriate)</w:t>
            </w:r>
          </w:p>
        </w:tc>
      </w:tr>
    </w:tbl>
    <w:p w14:paraId="1B2EC432" w14:textId="77777777" w:rsidR="00811958" w:rsidRDefault="00406A14">
      <w:pPr>
        <w:pageBreakBefore/>
        <w:shd w:val="clear" w:color="auto" w:fill="0B1A2D"/>
        <w:spacing w:before="280" w:after="160"/>
      </w:pPr>
      <w:r>
        <w:rPr>
          <w:b/>
          <w:color w:val="FFFFFF"/>
          <w:sz w:val="25"/>
        </w:rPr>
        <w:lastRenderedPageBreak/>
        <w:t xml:space="preserve">  12. Finalist interview confirmation</w:t>
      </w:r>
    </w:p>
    <w:p w14:paraId="6C297991" w14:textId="77777777" w:rsidR="00811958" w:rsidRDefault="00406A14">
      <w:pPr>
        <w:spacing w:after="100" w:line="252" w:lineRule="auto"/>
      </w:pPr>
      <w:r>
        <w:rPr>
          <w:color w:val="2C2F38"/>
          <w:sz w:val="18"/>
        </w:rPr>
        <w:t>Shortlisted entrants will be invited to take part in a remote video interview with the judging panel. Interviews are expected to last approximately 20-30 minutes and will give judges the opportunity to probe the submission, test evidence and assess authenticity.</w:t>
      </w:r>
    </w:p>
    <w:p w14:paraId="0E29B3DA"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If shortlisted, we agree to participate in a remote finalist interview.</w:t>
      </w:r>
    </w:p>
    <w:p w14:paraId="70E5758E"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We understand that the interview forms part of the final judging process.</w:t>
      </w:r>
    </w:p>
    <w:p w14:paraId="2DDBADBE" w14:textId="77777777" w:rsidR="00811958" w:rsidRDefault="00406A14">
      <w:pPr>
        <w:spacing w:after="20"/>
        <w:ind w:left="173"/>
        <w:rPr>
          <w:color w:val="000000"/>
          <w:sz w:val="18"/>
        </w:rPr>
      </w:pPr>
      <w:r>
        <w:rPr>
          <w:rFonts w:ascii="Segoe UI Symbol" w:hAnsi="Segoe UI Symbol"/>
          <w:b/>
          <w:color w:val="8B339B"/>
        </w:rPr>
        <w:t>☐</w:t>
      </w:r>
      <w:r>
        <w:rPr>
          <w:rFonts w:ascii="Segoe UI Symbol" w:hAnsi="Segoe UI Symbol"/>
          <w:b/>
          <w:color w:val="8B339B"/>
        </w:rPr>
        <w:t xml:space="preserve"> </w:t>
      </w:r>
      <w:r>
        <w:rPr>
          <w:color w:val="000000"/>
          <w:sz w:val="18"/>
        </w:rPr>
        <w:t xml:space="preserve">We understand that winners will be decided </w:t>
      </w:r>
      <w:proofErr w:type="gramStart"/>
      <w:r>
        <w:rPr>
          <w:color w:val="000000"/>
          <w:sz w:val="18"/>
        </w:rPr>
        <w:t>on the basis of</w:t>
      </w:r>
      <w:proofErr w:type="gramEnd"/>
      <w:r>
        <w:rPr>
          <w:color w:val="000000"/>
          <w:sz w:val="18"/>
        </w:rPr>
        <w:t xml:space="preserve"> the written submission, supporting evidence and finalist interview.</w:t>
      </w:r>
    </w:p>
    <w:p w14:paraId="3E12E26A" w14:textId="77777777" w:rsidR="00CD19D1" w:rsidRDefault="00CD19D1">
      <w:pPr>
        <w:spacing w:after="20"/>
        <w:ind w:left="173"/>
      </w:pPr>
    </w:p>
    <w:p w14:paraId="73AA921F" w14:textId="5222990F" w:rsidR="00811958" w:rsidRPr="00CD19D1" w:rsidRDefault="00CD19D1">
      <w:pPr>
        <w:spacing w:after="40"/>
        <w:rPr>
          <w:i/>
          <w:color w:val="2C2F38"/>
          <w:sz w:val="17"/>
        </w:rPr>
      </w:pPr>
      <w:r w:rsidRPr="00CD19D1">
        <w:rPr>
          <w:i/>
          <w:color w:val="2C2F38"/>
          <w:sz w:val="17"/>
        </w:rPr>
        <w:t>We will reach out after judging has taken place to confirm who you would like to take part in the interview process and agree timings.</w:t>
      </w:r>
    </w:p>
    <w:p w14:paraId="71B4A831" w14:textId="77777777" w:rsidR="00811958" w:rsidRDefault="00406A14">
      <w:pPr>
        <w:shd w:val="clear" w:color="auto" w:fill="0B1A2D"/>
        <w:spacing w:before="280" w:after="160"/>
      </w:pPr>
      <w:r>
        <w:rPr>
          <w:b/>
          <w:color w:val="FFFFFF"/>
          <w:sz w:val="25"/>
        </w:rPr>
        <w:t xml:space="preserve">  13. Declaration</w:t>
      </w:r>
    </w:p>
    <w:p w14:paraId="3AA56699" w14:textId="77777777" w:rsidR="00811958" w:rsidRDefault="00406A14">
      <w:pPr>
        <w:spacing w:after="100" w:line="252" w:lineRule="auto"/>
      </w:pPr>
      <w:r>
        <w:rPr>
          <w:b/>
          <w:color w:val="0B1A2D"/>
        </w:rPr>
        <w:t>Please confirm the following before submitting your entry.</w:t>
      </w:r>
    </w:p>
    <w:p w14:paraId="0783F0E9"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I confirm that I have permission to submit this entry on behalf of the organisation, team, individual, service or project named.</w:t>
      </w:r>
    </w:p>
    <w:p w14:paraId="6BBDDF80"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I confirm that any performance data, testimonials, images and supporting materials have been submitted with appropriate permission.</w:t>
      </w:r>
    </w:p>
    <w:p w14:paraId="0EA5E911"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I understand that confidential information should be clearly marked and may be used for judging purposes only.</w:t>
      </w:r>
    </w:p>
    <w:p w14:paraId="0DEAF045" w14:textId="0425A5C0" w:rsidR="00811958" w:rsidRDefault="00811958">
      <w:pPr>
        <w:spacing w:after="20"/>
        <w:ind w:left="173"/>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84"/>
        <w:gridCol w:w="6408"/>
      </w:tblGrid>
      <w:tr w:rsidR="00811958" w14:paraId="673FBA4A" w14:textId="77777777" w:rsidTr="00CD19D1">
        <w:trPr>
          <w:jc w:val="center"/>
        </w:trPr>
        <w:tc>
          <w:tcPr>
            <w:tcW w:w="3384" w:type="dxa"/>
            <w:shd w:val="clear" w:color="auto" w:fill="EEF3F8"/>
            <w:vAlign w:val="center"/>
          </w:tcPr>
          <w:p w14:paraId="0910384C" w14:textId="77777777" w:rsidR="00811958" w:rsidRDefault="00406A14">
            <w:pPr>
              <w:spacing w:after="0"/>
            </w:pPr>
            <w:r>
              <w:rPr>
                <w:b/>
                <w:color w:val="0B1A2D"/>
                <w:sz w:val="18"/>
              </w:rPr>
              <w:t>Name of person submitting entry</w:t>
            </w:r>
          </w:p>
        </w:tc>
        <w:tc>
          <w:tcPr>
            <w:tcW w:w="6408" w:type="dxa"/>
            <w:shd w:val="clear" w:color="auto" w:fill="FAFBFC"/>
            <w:vAlign w:val="center"/>
          </w:tcPr>
          <w:p w14:paraId="4E4C7C0C" w14:textId="77777777" w:rsidR="00811958" w:rsidRDefault="00406A14">
            <w:pPr>
              <w:spacing w:after="0"/>
            </w:pPr>
            <w:r>
              <w:rPr>
                <w:i/>
                <w:color w:val="808080"/>
                <w:sz w:val="17"/>
              </w:rPr>
              <w:t>Type here</w:t>
            </w:r>
          </w:p>
        </w:tc>
      </w:tr>
      <w:tr w:rsidR="00811958" w14:paraId="45DE647F" w14:textId="77777777" w:rsidTr="00CD19D1">
        <w:trPr>
          <w:jc w:val="center"/>
        </w:trPr>
        <w:tc>
          <w:tcPr>
            <w:tcW w:w="3384" w:type="dxa"/>
            <w:shd w:val="clear" w:color="auto" w:fill="EEF3F8"/>
            <w:vAlign w:val="center"/>
          </w:tcPr>
          <w:p w14:paraId="12DA923C" w14:textId="77777777" w:rsidR="00811958" w:rsidRDefault="00406A14">
            <w:pPr>
              <w:spacing w:after="0"/>
            </w:pPr>
            <w:r>
              <w:rPr>
                <w:b/>
                <w:color w:val="0B1A2D"/>
                <w:sz w:val="18"/>
              </w:rPr>
              <w:t>Job title</w:t>
            </w:r>
          </w:p>
        </w:tc>
        <w:tc>
          <w:tcPr>
            <w:tcW w:w="6408" w:type="dxa"/>
            <w:shd w:val="clear" w:color="auto" w:fill="FAFBFC"/>
            <w:vAlign w:val="center"/>
          </w:tcPr>
          <w:p w14:paraId="6628CA1B" w14:textId="77777777" w:rsidR="00811958" w:rsidRDefault="00406A14">
            <w:pPr>
              <w:spacing w:after="0"/>
            </w:pPr>
            <w:r>
              <w:rPr>
                <w:i/>
                <w:color w:val="808080"/>
                <w:sz w:val="17"/>
              </w:rPr>
              <w:t>Type here</w:t>
            </w:r>
          </w:p>
        </w:tc>
      </w:tr>
      <w:tr w:rsidR="00811958" w14:paraId="2714F00F" w14:textId="77777777" w:rsidTr="00CD19D1">
        <w:trPr>
          <w:jc w:val="center"/>
        </w:trPr>
        <w:tc>
          <w:tcPr>
            <w:tcW w:w="3384" w:type="dxa"/>
            <w:shd w:val="clear" w:color="auto" w:fill="EEF3F8"/>
            <w:vAlign w:val="center"/>
          </w:tcPr>
          <w:p w14:paraId="7FC22B2F" w14:textId="77777777" w:rsidR="00811958" w:rsidRDefault="00406A14">
            <w:pPr>
              <w:spacing w:after="0"/>
            </w:pPr>
            <w:r>
              <w:rPr>
                <w:b/>
                <w:color w:val="0B1A2D"/>
                <w:sz w:val="18"/>
              </w:rPr>
              <w:t>Organisation</w:t>
            </w:r>
          </w:p>
        </w:tc>
        <w:tc>
          <w:tcPr>
            <w:tcW w:w="6408" w:type="dxa"/>
            <w:shd w:val="clear" w:color="auto" w:fill="FAFBFC"/>
            <w:vAlign w:val="center"/>
          </w:tcPr>
          <w:p w14:paraId="56FF9C1D" w14:textId="77777777" w:rsidR="00811958" w:rsidRDefault="00406A14">
            <w:pPr>
              <w:spacing w:after="0"/>
            </w:pPr>
            <w:r>
              <w:rPr>
                <w:i/>
                <w:color w:val="808080"/>
                <w:sz w:val="17"/>
              </w:rPr>
              <w:t>Type here</w:t>
            </w:r>
          </w:p>
        </w:tc>
      </w:tr>
      <w:tr w:rsidR="00811958" w14:paraId="3ACA8354" w14:textId="77777777" w:rsidTr="00CD19D1">
        <w:trPr>
          <w:jc w:val="center"/>
        </w:trPr>
        <w:tc>
          <w:tcPr>
            <w:tcW w:w="3384" w:type="dxa"/>
            <w:shd w:val="clear" w:color="auto" w:fill="EEF3F8"/>
            <w:vAlign w:val="center"/>
          </w:tcPr>
          <w:p w14:paraId="694A3C06" w14:textId="77777777" w:rsidR="00811958" w:rsidRDefault="00406A14">
            <w:pPr>
              <w:spacing w:after="0"/>
            </w:pPr>
            <w:r>
              <w:rPr>
                <w:b/>
                <w:color w:val="0B1A2D"/>
                <w:sz w:val="18"/>
              </w:rPr>
              <w:t>Date submitted</w:t>
            </w:r>
          </w:p>
        </w:tc>
        <w:tc>
          <w:tcPr>
            <w:tcW w:w="6408" w:type="dxa"/>
            <w:shd w:val="clear" w:color="auto" w:fill="FAFBFC"/>
            <w:vAlign w:val="center"/>
          </w:tcPr>
          <w:p w14:paraId="5FEDA472" w14:textId="77777777" w:rsidR="00811958" w:rsidRDefault="00406A14">
            <w:pPr>
              <w:spacing w:after="0"/>
            </w:pPr>
            <w:r>
              <w:rPr>
                <w:i/>
                <w:color w:val="808080"/>
                <w:sz w:val="17"/>
              </w:rPr>
              <w:t>Type here</w:t>
            </w:r>
          </w:p>
        </w:tc>
      </w:tr>
    </w:tbl>
    <w:p w14:paraId="061D0629" w14:textId="77777777" w:rsidR="00811958" w:rsidRDefault="00811958">
      <w:pPr>
        <w:spacing w:after="40"/>
      </w:pPr>
    </w:p>
    <w:p w14:paraId="228201CD" w14:textId="77777777" w:rsidR="00811958" w:rsidRDefault="00406A14">
      <w:pPr>
        <w:shd w:val="clear" w:color="auto" w:fill="0B1A2D"/>
        <w:spacing w:before="280" w:after="160"/>
      </w:pPr>
      <w:r>
        <w:rPr>
          <w:b/>
          <w:color w:val="FFFFFF"/>
          <w:sz w:val="25"/>
        </w:rPr>
        <w:t xml:space="preserve">  Submission checklist</w:t>
      </w:r>
    </w:p>
    <w:p w14:paraId="708BE412" w14:textId="77777777" w:rsidR="00811958" w:rsidRDefault="00406A14">
      <w:pPr>
        <w:spacing w:after="100" w:line="252" w:lineRule="auto"/>
      </w:pPr>
      <w:r>
        <w:rPr>
          <w:b/>
          <w:color w:val="0B1A2D"/>
        </w:rPr>
        <w:t>Before submitting, please check that you have:</w:t>
      </w:r>
    </w:p>
    <w:p w14:paraId="41B97522"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Completed all required contact and category fields.</w:t>
      </w:r>
    </w:p>
    <w:p w14:paraId="02CF7717" w14:textId="681B75FE"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Written a</w:t>
      </w:r>
      <w:r>
        <w:rPr>
          <w:color w:val="000000"/>
          <w:sz w:val="18"/>
        </w:rPr>
        <w:t xml:space="preserve"> </w:t>
      </w:r>
      <w:proofErr w:type="gramStart"/>
      <w:r w:rsidR="00CD19D1">
        <w:rPr>
          <w:color w:val="000000"/>
          <w:sz w:val="18"/>
        </w:rPr>
        <w:t>6</w:t>
      </w:r>
      <w:r>
        <w:rPr>
          <w:color w:val="000000"/>
          <w:sz w:val="18"/>
        </w:rPr>
        <w:t>00-</w:t>
      </w:r>
      <w:r w:rsidR="00CD19D1">
        <w:rPr>
          <w:color w:val="000000"/>
          <w:sz w:val="18"/>
        </w:rPr>
        <w:t>8</w:t>
      </w:r>
      <w:r>
        <w:rPr>
          <w:color w:val="000000"/>
          <w:sz w:val="18"/>
        </w:rPr>
        <w:t>00 word</w:t>
      </w:r>
      <w:proofErr w:type="gramEnd"/>
      <w:r>
        <w:rPr>
          <w:color w:val="000000"/>
          <w:sz w:val="18"/>
        </w:rPr>
        <w:t xml:space="preserve"> main submission.</w:t>
      </w:r>
    </w:p>
    <w:p w14:paraId="6C1869BF"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Provided at least three performance metrics.</w:t>
      </w:r>
    </w:p>
    <w:p w14:paraId="7F9DADA9"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Included at least one independent testimonial.</w:t>
      </w:r>
    </w:p>
    <w:p w14:paraId="5F1C251A"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Supplied at least one piece of supporting evidence.</w:t>
      </w:r>
    </w:p>
    <w:p w14:paraId="55C84843" w14:textId="77777777"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Confirmed that the entry is within scope.</w:t>
      </w:r>
    </w:p>
    <w:p w14:paraId="7F8908CE" w14:textId="157B8BAA" w:rsidR="00811958" w:rsidRDefault="00406A14">
      <w:pPr>
        <w:spacing w:after="20"/>
        <w:ind w:left="173"/>
      </w:pPr>
      <w:r>
        <w:rPr>
          <w:rFonts w:ascii="Segoe UI Symbol" w:hAnsi="Segoe UI Symbol"/>
          <w:b/>
          <w:color w:val="8B339B"/>
        </w:rPr>
        <w:t>☐</w:t>
      </w:r>
      <w:r>
        <w:rPr>
          <w:rFonts w:ascii="Segoe UI Symbol" w:hAnsi="Segoe UI Symbol"/>
          <w:b/>
          <w:color w:val="8B339B"/>
        </w:rPr>
        <w:t xml:space="preserve"> </w:t>
      </w:r>
      <w:r>
        <w:rPr>
          <w:color w:val="000000"/>
          <w:sz w:val="18"/>
        </w:rPr>
        <w:t xml:space="preserve">Confirmed </w:t>
      </w:r>
      <w:r w:rsidR="00CD19D1">
        <w:rPr>
          <w:color w:val="000000"/>
          <w:sz w:val="18"/>
        </w:rPr>
        <w:t>agreeability</w:t>
      </w:r>
      <w:r>
        <w:rPr>
          <w:color w:val="000000"/>
          <w:sz w:val="18"/>
        </w:rPr>
        <w:t xml:space="preserve"> for a finalist interview if shortlisted.</w:t>
      </w:r>
    </w:p>
    <w:sectPr w:rsidR="00811958">
      <w:headerReference w:type="default" r:id="rId11"/>
      <w:footerReference w:type="default" r:id="rId12"/>
      <w:footerReference w:type="first" r:id="rId13"/>
      <w:pgSz w:w="11906" w:h="16838"/>
      <w:pgMar w:top="893" w:right="965" w:bottom="893" w:left="965" w:header="360" w:footer="36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71065" w14:textId="77777777" w:rsidR="00406A14" w:rsidRDefault="00406A14">
      <w:pPr>
        <w:spacing w:after="0" w:line="240" w:lineRule="auto"/>
      </w:pPr>
      <w:r>
        <w:separator/>
      </w:r>
    </w:p>
  </w:endnote>
  <w:endnote w:type="continuationSeparator" w:id="0">
    <w:p w14:paraId="2E1845B6" w14:textId="77777777" w:rsidR="00406A14" w:rsidRDefault="00406A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F8018" w14:textId="77777777" w:rsidR="00811958" w:rsidRDefault="00406A14">
    <w:pPr>
      <w:pStyle w:val="Footer"/>
      <w:jc w:val="center"/>
    </w:pPr>
    <w:r>
      <w:rPr>
        <w:color w:val="606060"/>
        <w:sz w:val="16"/>
      </w:rPr>
      <w:t xml:space="preserve">Built for Service Awards 2026 Entry Form | Page </w:t>
    </w:r>
    <w:r>
      <w:fldChar w:fldCharType="begin"/>
    </w:r>
    <w:r>
      <w:instrText>PAGE</w:instrText>
    </w:r>
    <w:r w:rsidR="00F7584E">
      <w:fldChar w:fldCharType="separate"/>
    </w:r>
    <w:r w:rsidR="00F7584E">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66082" w14:textId="77777777" w:rsidR="00811958" w:rsidRDefault="00406A14">
    <w:pPr>
      <w:pStyle w:val="Footer"/>
      <w:jc w:val="center"/>
    </w:pPr>
    <w:r>
      <w:rPr>
        <w:color w:val="606060"/>
        <w:sz w:val="16"/>
      </w:rPr>
      <w:t>Built for Service Awards 2026 Entry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9B75A8" w14:textId="77777777" w:rsidR="00406A14" w:rsidRDefault="00406A14">
      <w:pPr>
        <w:spacing w:after="0" w:line="240" w:lineRule="auto"/>
      </w:pPr>
      <w:r>
        <w:separator/>
      </w:r>
    </w:p>
  </w:footnote>
  <w:footnote w:type="continuationSeparator" w:id="0">
    <w:p w14:paraId="41D9B8A0" w14:textId="77777777" w:rsidR="00406A14" w:rsidRDefault="00406A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71968" w14:textId="77777777" w:rsidR="00811958" w:rsidRDefault="00811958">
    <w:pPr>
      <w:pStyle w:val="Header"/>
    </w:pPr>
  </w:p>
  <w:tbl>
    <w:tblPr>
      <w:tblW w:w="0" w:type="auto"/>
      <w:jc w:val="center"/>
      <w:tblBorders>
        <w:top w:val="nil"/>
        <w:left w:val="nil"/>
        <w:bottom w:val="nil"/>
        <w:right w:val="nil"/>
        <w:insideH w:val="nil"/>
        <w:insideV w:val="nil"/>
      </w:tblBorders>
      <w:tblLook w:val="04A0" w:firstRow="1" w:lastRow="0" w:firstColumn="1" w:lastColumn="0" w:noHBand="0" w:noVBand="1"/>
    </w:tblPr>
    <w:tblGrid>
      <w:gridCol w:w="4968"/>
      <w:gridCol w:w="4968"/>
    </w:tblGrid>
    <w:tr w:rsidR="00811958" w14:paraId="45DABAA0" w14:textId="77777777">
      <w:trPr>
        <w:jc w:val="center"/>
      </w:trPr>
      <w:tc>
        <w:tcPr>
          <w:tcW w:w="4968" w:type="dxa"/>
        </w:tcPr>
        <w:p w14:paraId="0286545F" w14:textId="77777777" w:rsidR="00811958" w:rsidRDefault="00406A14">
          <w:pPr>
            <w:spacing w:after="0"/>
          </w:pPr>
          <w:r>
            <w:rPr>
              <w:noProof/>
            </w:rPr>
            <w:drawing>
              <wp:inline distT="0" distB="0" distL="0" distR="0" wp14:anchorId="4BA73FE5" wp14:editId="6A4AFF0B">
                <wp:extent cx="1051560" cy="917267"/>
                <wp:effectExtent l="0" t="0" r="0" b="0"/>
                <wp:docPr id="986179432" name="Picture 986179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FS_Logo_Cropped.jpg"/>
                        <pic:cNvPicPr/>
                      </pic:nvPicPr>
                      <pic:blipFill>
                        <a:blip r:embed="rId1"/>
                        <a:stretch>
                          <a:fillRect/>
                        </a:stretch>
                      </pic:blipFill>
                      <pic:spPr>
                        <a:xfrm>
                          <a:off x="0" y="0"/>
                          <a:ext cx="1051560" cy="917267"/>
                        </a:xfrm>
                        <a:prstGeom prst="rect">
                          <a:avLst/>
                        </a:prstGeom>
                      </pic:spPr>
                    </pic:pic>
                  </a:graphicData>
                </a:graphic>
              </wp:inline>
            </w:drawing>
          </w:r>
        </w:p>
      </w:tc>
      <w:tc>
        <w:tcPr>
          <w:tcW w:w="4968" w:type="dxa"/>
          <w:vAlign w:val="center"/>
        </w:tcPr>
        <w:p w14:paraId="765F6CB8" w14:textId="77777777" w:rsidR="00811958" w:rsidRDefault="00406A14">
          <w:pPr>
            <w:spacing w:after="0"/>
            <w:jc w:val="right"/>
          </w:pPr>
          <w:r>
            <w:rPr>
              <w:b/>
              <w:color w:val="0B1A2D"/>
              <w:sz w:val="18"/>
            </w:rPr>
            <w:t>Entry Form 2026</w:t>
          </w:r>
        </w:p>
      </w:tc>
    </w:tr>
  </w:tbl>
  <w:p w14:paraId="73366D4E" w14:textId="77777777" w:rsidR="00811958" w:rsidRDefault="00406A14">
    <w:pPr>
      <w:shd w:val="clear" w:color="auto" w:fill="0B1A2D"/>
      <w:spacing w:after="0"/>
    </w:pPr>
    <w:r>
      <w:rPr>
        <w:color w:val="FFFFFF"/>
        <w:sz w:val="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04745884">
    <w:abstractNumId w:val="8"/>
  </w:num>
  <w:num w:numId="2" w16cid:durableId="1134908999">
    <w:abstractNumId w:val="6"/>
  </w:num>
  <w:num w:numId="3" w16cid:durableId="1830977146">
    <w:abstractNumId w:val="5"/>
  </w:num>
  <w:num w:numId="4" w16cid:durableId="1786001938">
    <w:abstractNumId w:val="4"/>
  </w:num>
  <w:num w:numId="5" w16cid:durableId="2100523237">
    <w:abstractNumId w:val="7"/>
  </w:num>
  <w:num w:numId="6" w16cid:durableId="1039479685">
    <w:abstractNumId w:val="3"/>
  </w:num>
  <w:num w:numId="7" w16cid:durableId="254752745">
    <w:abstractNumId w:val="2"/>
  </w:num>
  <w:num w:numId="8" w16cid:durableId="682437799">
    <w:abstractNumId w:val="1"/>
  </w:num>
  <w:num w:numId="9" w16cid:durableId="10978247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06A14"/>
    <w:rsid w:val="004739C1"/>
    <w:rsid w:val="00811958"/>
    <w:rsid w:val="00AA1D8D"/>
    <w:rsid w:val="00B47730"/>
    <w:rsid w:val="00CB0664"/>
    <w:rsid w:val="00CD19D1"/>
    <w:rsid w:val="00F7584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D13BF06"/>
  <w14:defaultImageDpi w14:val="300"/>
  <w15:docId w15:val="{778CEE26-1136-4A1B-B5CD-12BE978D8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19"/>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F7584E"/>
    <w:rPr>
      <w:color w:val="0000FF" w:themeColor="hyperlink"/>
      <w:u w:val="single"/>
    </w:rPr>
  </w:style>
  <w:style w:type="character" w:styleId="UnresolvedMention">
    <w:name w:val="Unresolved Mention"/>
    <w:basedOn w:val="DefaultParagraphFont"/>
    <w:uiPriority w:val="99"/>
    <w:semiHidden/>
    <w:unhideWhenUsed/>
    <w:rsid w:val="00F758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nina.holmes@newsquest.co.uk" TargetMode="External"/><Relationship Id="rId4" Type="http://schemas.openxmlformats.org/officeDocument/2006/relationships/settings" Target="settings.xml"/><Relationship Id="rId9" Type="http://schemas.openxmlformats.org/officeDocument/2006/relationships/hyperlink" Target="mailto:nina.holmes@newsquest.co.uk"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2150</Words>
  <Characters>12260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Built for Service Awards 2026 Entry Form</vt:lpstr>
    </vt:vector>
  </TitlesOfParts>
  <Manager/>
  <Company/>
  <LinksUpToDate>false</LinksUpToDate>
  <CharactersWithSpaces>14382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Built for Service Awards 2026 Entry Form</dc:title>
  <dc:subject>Branded entry form</dc:subject>
  <dc:creator>Nina Holmes</dc:creator>
  <cp:keywords>Built for Service Awards, Entry Form, Property Operations, Scotland</cp:keywords>
  <dc:description/>
  <cp:lastModifiedBy>Nina Holmes</cp:lastModifiedBy>
  <cp:revision>2</cp:revision>
  <dcterms:created xsi:type="dcterms:W3CDTF">2026-06-11T17:12:00Z</dcterms:created>
  <dcterms:modified xsi:type="dcterms:W3CDTF">2026-06-11T17:12:00Z</dcterms:modified>
  <cp:category/>
</cp:coreProperties>
</file>